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82B94A" w14:textId="77777777" w:rsidR="00143D56" w:rsidRDefault="00000000">
      <w:pPr>
        <w:jc w:val="center"/>
      </w:pPr>
      <w:r>
        <w:rPr>
          <w:b/>
          <w:color w:val="1F4E79"/>
          <w:sz w:val="36"/>
        </w:rPr>
        <w:t>SEDEX 2026 日本企業共同出展</w:t>
      </w:r>
      <w:r>
        <w:rPr>
          <w:b/>
          <w:color w:val="1F4E79"/>
          <w:sz w:val="36"/>
        </w:rPr>
        <w:br/>
        <w:t>出展申込書（簡素版）</w:t>
      </w:r>
    </w:p>
    <w:p w14:paraId="7B3AA71B" w14:textId="77777777" w:rsidR="00143D56" w:rsidRDefault="00000000">
      <w:pPr>
        <w:spacing w:after="160"/>
        <w:jc w:val="center"/>
      </w:pPr>
      <w:r>
        <w:rPr>
          <w:b/>
          <w:sz w:val="21"/>
        </w:rPr>
        <w:t>一般財団法人 日韓産業技術協力財団</w:t>
      </w:r>
    </w:p>
    <w:tbl>
      <w:tblPr>
        <w:tblW w:w="0" w:type="auto"/>
        <w:jc w:val="center"/>
        <w:tblLayout w:type="fixed"/>
        <w:tblLook w:val="04A0" w:firstRow="1" w:lastRow="0" w:firstColumn="1" w:lastColumn="0" w:noHBand="0" w:noVBand="1"/>
      </w:tblPr>
      <w:tblGrid>
        <w:gridCol w:w="9639"/>
      </w:tblGrid>
      <w:tr w:rsidR="003B1756" w14:paraId="5A32D75C" w14:textId="77777777">
        <w:trPr>
          <w:jc w:val="center"/>
        </w:trPr>
        <w:tc>
          <w:tcPr>
            <w:tcW w:w="9639" w:type="dxa"/>
            <w:tcBorders>
              <w:top w:val="single" w:sz="6" w:space="0" w:color="B8D4E6"/>
              <w:left w:val="single" w:sz="6" w:space="0" w:color="B8D4E6"/>
              <w:bottom w:val="single" w:sz="6" w:space="0" w:color="B8D4E6"/>
              <w:right w:val="single" w:sz="6" w:space="0" w:color="B8D4E6"/>
            </w:tcBorders>
            <w:shd w:val="clear" w:color="auto" w:fill="DDEBF7"/>
            <w:tcMar>
              <w:top w:w="130" w:type="dxa"/>
              <w:left w:w="160" w:type="dxa"/>
              <w:bottom w:w="130" w:type="dxa"/>
              <w:right w:w="160" w:type="dxa"/>
            </w:tcMar>
            <w:vAlign w:val="center"/>
          </w:tcPr>
          <w:p w14:paraId="5E5E1404" w14:textId="77777777" w:rsidR="003B1756" w:rsidRDefault="003B1756">
            <w:pPr>
              <w:spacing w:after="0"/>
              <w:rPr>
                <w:lang w:eastAsia="ja-JP"/>
              </w:rPr>
            </w:pPr>
            <w:r>
              <w:rPr>
                <w:b/>
                <w:color w:val="1F4E79"/>
                <w:sz w:val="20"/>
                <w:lang w:eastAsia="ja-JP"/>
              </w:rPr>
              <w:t>SEDEX 2026 日本企業共同出展について（必ずお読みください）</w:t>
            </w:r>
            <w:r>
              <w:rPr>
                <w:b/>
                <w:color w:val="1F4E79"/>
                <w:sz w:val="20"/>
                <w:lang w:eastAsia="ja-JP"/>
              </w:rPr>
              <w:br/>
            </w:r>
            <w:r>
              <w:rPr>
                <w:color w:val="1F4E79"/>
                <w:lang w:eastAsia="ja-JP"/>
              </w:rPr>
              <w:t>本申込書は、SEDEX 2026日本企業共同出展への参加希望を確認し、出展候補企業の選定および韓国企業との商談支援準備に活用するための簡素版です。</w:t>
            </w:r>
            <w:r>
              <w:rPr>
                <w:color w:val="1F4E79"/>
                <w:lang w:eastAsia="ja-JP"/>
              </w:rPr>
              <w:br/>
            </w:r>
            <w:r>
              <w:rPr>
                <w:color w:val="1F4E79"/>
                <w:lang w:eastAsia="ja-JP"/>
              </w:rPr>
              <w:br/>
              <w:t>本共同出展は、当財団が設置する日本企業共同ブースへの出展となります。現時点では約6小間程度の共同ブースを想定しており、複数企業で限られた展示スペースを共有して使用する形式となる見込みです。そのため、各社に割り当てられる展示スペースには一定の制約があり、展示物を置く場所やテーブル上のスペースは限定される可能性があります。</w:t>
            </w:r>
            <w:r>
              <w:rPr>
                <w:color w:val="1F4E79"/>
                <w:lang w:eastAsia="ja-JP"/>
              </w:rPr>
              <w:br/>
            </w:r>
            <w:r>
              <w:rPr>
                <w:color w:val="1F4E79"/>
                <w:lang w:eastAsia="ja-JP"/>
              </w:rPr>
              <w:br/>
              <w:t>展示は、会社紹介パネル、技術・製品紹介パネル、小型製品サンプル、カタログ・パンフレット、ノートPC・タブレット等による動画紹介を基本として想定しています。大型設備、大型機械、大型什器等の展示については、スペースや安全管理上の理由により、ご希望に添えない場合があります。</w:t>
            </w:r>
            <w:r>
              <w:rPr>
                <w:color w:val="1F4E79"/>
                <w:lang w:eastAsia="ja-JP"/>
              </w:rPr>
              <w:br/>
            </w:r>
            <w:r>
              <w:rPr>
                <w:color w:val="1F4E79"/>
                <w:lang w:eastAsia="ja-JP"/>
              </w:rPr>
              <w:br/>
              <w:t>本共同出展は、大型展示物による展示を主目的とするものではなく、韓国企業への技術紹介、韓国企業との商談機会の創出、韓国市場開拓に向けたネットワーク構築を重視した「商談重視型」の共同出展を想定しています。</w:t>
            </w:r>
            <w:r>
              <w:rPr>
                <w:color w:val="1F4E79"/>
                <w:lang w:eastAsia="ja-JP"/>
              </w:rPr>
              <w:br/>
            </w:r>
            <w:r>
              <w:rPr>
                <w:color w:val="1F4E79"/>
                <w:lang w:eastAsia="ja-JP"/>
              </w:rPr>
              <w:br/>
              <w:t>現時点で未定の項目は「未定」または「今後調整」とご記入ください。展示物の寸法・重量、電源、輸送・通関、韓国語パネル原稿等の詳細は、参加企業決定後に別途「出展準備シート」で確認します。</w:t>
            </w:r>
          </w:p>
        </w:tc>
      </w:tr>
    </w:tbl>
    <w:p w14:paraId="672A6659" w14:textId="77777777" w:rsidR="00143D56" w:rsidRDefault="00143D56">
      <w:pPr>
        <w:spacing w:after="20"/>
        <w:rPr>
          <w:lang w:eastAsia="ja-JP"/>
        </w:rPr>
      </w:pPr>
    </w:p>
    <w:p w14:paraId="5CA42A34" w14:textId="77777777" w:rsidR="00143D56" w:rsidRDefault="00000000">
      <w:pPr>
        <w:pStyle w:val="1"/>
        <w:spacing w:before="160" w:after="60"/>
      </w:pPr>
      <w:r>
        <w:rPr>
          <w:rFonts w:ascii="游ゴシック" w:eastAsia="游ゴシック" w:hAnsi="游ゴシック"/>
          <w:color w:val="1F4E79"/>
          <w:sz w:val="26"/>
        </w:rPr>
        <w:t>1. 企業基本情報</w:t>
      </w:r>
    </w:p>
    <w:tbl>
      <w:tblPr>
        <w:tblStyle w:val="afe"/>
        <w:tblW w:w="0" w:type="auto"/>
        <w:jc w:val="center"/>
        <w:tblLayout w:type="fixed"/>
        <w:tblLook w:val="04A0" w:firstRow="1" w:lastRow="0" w:firstColumn="1" w:lastColumn="0" w:noHBand="0" w:noVBand="1"/>
      </w:tblPr>
      <w:tblGrid>
        <w:gridCol w:w="3419"/>
        <w:gridCol w:w="4195"/>
        <w:gridCol w:w="3419"/>
      </w:tblGrid>
      <w:tr w:rsidR="003B1756" w14:paraId="573FDA2B" w14:textId="77777777">
        <w:trPr>
          <w:jc w:val="center"/>
        </w:trPr>
        <w:tc>
          <w:tcPr>
            <w:tcW w:w="2268" w:type="dxa"/>
            <w:tcBorders>
              <w:top w:val="single" w:sz="6" w:space="0" w:color="8093A8"/>
              <w:left w:val="single" w:sz="6" w:space="0" w:color="8093A8"/>
              <w:bottom w:val="single" w:sz="6" w:space="0" w:color="8093A8"/>
              <w:right w:val="single" w:sz="6" w:space="0" w:color="8093A8"/>
            </w:tcBorders>
            <w:shd w:val="clear" w:color="auto" w:fill="1F4E79"/>
            <w:tcMar>
              <w:top w:w="95" w:type="dxa"/>
              <w:left w:w="120" w:type="dxa"/>
              <w:bottom w:w="95" w:type="dxa"/>
              <w:right w:w="120" w:type="dxa"/>
            </w:tcMar>
            <w:vAlign w:val="center"/>
          </w:tcPr>
          <w:p w14:paraId="269C3009" w14:textId="77777777" w:rsidR="003B1756" w:rsidRDefault="003B1756">
            <w:pPr>
              <w:jc w:val="center"/>
            </w:pPr>
            <w:r>
              <w:rPr>
                <w:b/>
                <w:color w:val="FFFFFF"/>
              </w:rPr>
              <w:t>項目</w:t>
            </w:r>
          </w:p>
        </w:tc>
        <w:tc>
          <w:tcPr>
            <w:tcW w:w="4195" w:type="dxa"/>
            <w:tcBorders>
              <w:top w:val="single" w:sz="6" w:space="0" w:color="8093A8"/>
              <w:left w:val="single" w:sz="6" w:space="0" w:color="8093A8"/>
              <w:bottom w:val="single" w:sz="6" w:space="0" w:color="8093A8"/>
              <w:right w:val="single" w:sz="6" w:space="0" w:color="8093A8"/>
            </w:tcBorders>
            <w:shd w:val="clear" w:color="auto" w:fill="1F4E79"/>
            <w:tcMar>
              <w:top w:w="95" w:type="dxa"/>
              <w:left w:w="120" w:type="dxa"/>
              <w:bottom w:w="95" w:type="dxa"/>
              <w:right w:w="120" w:type="dxa"/>
            </w:tcMar>
            <w:vAlign w:val="center"/>
          </w:tcPr>
          <w:p w14:paraId="50EB9D6A" w14:textId="77777777" w:rsidR="003B1756" w:rsidRDefault="003B1756">
            <w:pPr>
              <w:jc w:val="center"/>
            </w:pPr>
            <w:r>
              <w:rPr>
                <w:b/>
                <w:color w:val="FFFFFF"/>
              </w:rPr>
              <w:t>記入欄</w:t>
            </w:r>
          </w:p>
        </w:tc>
        <w:tc>
          <w:tcPr>
            <w:tcW w:w="3175" w:type="dxa"/>
            <w:tcBorders>
              <w:top w:val="single" w:sz="6" w:space="0" w:color="8093A8"/>
              <w:left w:val="single" w:sz="6" w:space="0" w:color="8093A8"/>
              <w:bottom w:val="single" w:sz="6" w:space="0" w:color="8093A8"/>
              <w:right w:val="single" w:sz="6" w:space="0" w:color="8093A8"/>
            </w:tcBorders>
            <w:shd w:val="clear" w:color="auto" w:fill="1F4E79"/>
            <w:tcMar>
              <w:top w:w="95" w:type="dxa"/>
              <w:left w:w="120" w:type="dxa"/>
              <w:bottom w:w="95" w:type="dxa"/>
              <w:right w:w="120" w:type="dxa"/>
            </w:tcMar>
            <w:vAlign w:val="center"/>
          </w:tcPr>
          <w:p w14:paraId="7A02C4AB" w14:textId="77777777" w:rsidR="003B1756" w:rsidRDefault="003B1756">
            <w:pPr>
              <w:jc w:val="center"/>
            </w:pPr>
            <w:r>
              <w:rPr>
                <w:b/>
                <w:color w:val="FFFFFF"/>
              </w:rPr>
              <w:t>記入例・補足</w:t>
            </w:r>
          </w:p>
        </w:tc>
      </w:tr>
      <w:tr w:rsidR="003B1756" w14:paraId="0E0BFA73" w14:textId="77777777">
        <w:trPr>
          <w:trHeight w:val="442"/>
          <w:jc w:val="center"/>
        </w:trPr>
        <w:tc>
          <w:tcPr>
            <w:tcW w:w="3419" w:type="dxa"/>
            <w:tcBorders>
              <w:top w:val="single" w:sz="6" w:space="0" w:color="C9C9C9"/>
              <w:left w:val="single" w:sz="6" w:space="0" w:color="C9C9C9"/>
              <w:bottom w:val="single" w:sz="6" w:space="0" w:color="C9C9C9"/>
              <w:right w:val="single" w:sz="6" w:space="0" w:color="C9C9C9"/>
            </w:tcBorders>
            <w:shd w:val="clear" w:color="auto" w:fill="EAF3F8"/>
            <w:tcMar>
              <w:top w:w="110" w:type="dxa"/>
              <w:left w:w="120" w:type="dxa"/>
              <w:bottom w:w="110" w:type="dxa"/>
              <w:right w:w="120" w:type="dxa"/>
            </w:tcMar>
            <w:vAlign w:val="center"/>
          </w:tcPr>
          <w:p w14:paraId="47A17BD0" w14:textId="77777777" w:rsidR="003B1756" w:rsidRDefault="003B1756">
            <w:r>
              <w:rPr>
                <w:b/>
                <w:color w:val="1F4E79"/>
              </w:rPr>
              <w:t>企業名</w:t>
            </w:r>
          </w:p>
        </w:tc>
        <w:tc>
          <w:tcPr>
            <w:tcW w:w="3419" w:type="dxa"/>
            <w:tcBorders>
              <w:top w:val="single" w:sz="6" w:space="0" w:color="C9C9C9"/>
              <w:left w:val="single" w:sz="6" w:space="0" w:color="C9C9C9"/>
              <w:bottom w:val="single" w:sz="6" w:space="0" w:color="C9C9C9"/>
              <w:right w:val="single" w:sz="6" w:space="0" w:color="C9C9C9"/>
            </w:tcBorders>
            <w:tcMar>
              <w:top w:w="110" w:type="dxa"/>
              <w:left w:w="120" w:type="dxa"/>
              <w:bottom w:w="110" w:type="dxa"/>
              <w:right w:w="120" w:type="dxa"/>
            </w:tcMar>
            <w:vAlign w:val="center"/>
          </w:tcPr>
          <w:p w14:paraId="1917AC63" w14:textId="77777777" w:rsidR="003B1756" w:rsidRDefault="003B1756"/>
        </w:tc>
        <w:tc>
          <w:tcPr>
            <w:tcW w:w="3419" w:type="dxa"/>
            <w:tcBorders>
              <w:top w:val="single" w:sz="6" w:space="0" w:color="C9C9C9"/>
              <w:left w:val="single" w:sz="6" w:space="0" w:color="C9C9C9"/>
              <w:bottom w:val="single" w:sz="6" w:space="0" w:color="C9C9C9"/>
              <w:right w:val="single" w:sz="6" w:space="0" w:color="C9C9C9"/>
            </w:tcBorders>
            <w:shd w:val="clear" w:color="auto" w:fill="F7F7F7"/>
            <w:tcMar>
              <w:top w:w="110" w:type="dxa"/>
              <w:left w:w="120" w:type="dxa"/>
              <w:bottom w:w="110" w:type="dxa"/>
              <w:right w:w="120" w:type="dxa"/>
            </w:tcMar>
            <w:vAlign w:val="center"/>
          </w:tcPr>
          <w:p w14:paraId="3C3D12EE" w14:textId="77777777" w:rsidR="003B1756" w:rsidRDefault="003B1756">
            <w:r>
              <w:rPr>
                <w:color w:val="595959"/>
                <w:sz w:val="16"/>
              </w:rPr>
              <w:t>〇〇精密工業株式会社</w:t>
            </w:r>
          </w:p>
        </w:tc>
      </w:tr>
      <w:tr w:rsidR="003B1756" w14:paraId="3D8E05C7" w14:textId="77777777">
        <w:trPr>
          <w:trHeight w:val="442"/>
          <w:jc w:val="center"/>
        </w:trPr>
        <w:tc>
          <w:tcPr>
            <w:tcW w:w="3419" w:type="dxa"/>
            <w:tcBorders>
              <w:top w:val="single" w:sz="6" w:space="0" w:color="C9C9C9"/>
              <w:left w:val="single" w:sz="6" w:space="0" w:color="C9C9C9"/>
              <w:bottom w:val="single" w:sz="6" w:space="0" w:color="C9C9C9"/>
              <w:right w:val="single" w:sz="6" w:space="0" w:color="C9C9C9"/>
            </w:tcBorders>
            <w:shd w:val="clear" w:color="auto" w:fill="EAF3F8"/>
            <w:tcMar>
              <w:top w:w="110" w:type="dxa"/>
              <w:left w:w="120" w:type="dxa"/>
              <w:bottom w:w="110" w:type="dxa"/>
              <w:right w:w="120" w:type="dxa"/>
            </w:tcMar>
            <w:vAlign w:val="center"/>
          </w:tcPr>
          <w:p w14:paraId="7C93B3EA" w14:textId="77777777" w:rsidR="003B1756" w:rsidRDefault="003B1756">
            <w:r>
              <w:rPr>
                <w:b/>
                <w:color w:val="1F4E79"/>
              </w:rPr>
              <w:t>所在地</w:t>
            </w:r>
          </w:p>
        </w:tc>
        <w:tc>
          <w:tcPr>
            <w:tcW w:w="3419" w:type="dxa"/>
            <w:tcBorders>
              <w:top w:val="single" w:sz="6" w:space="0" w:color="C9C9C9"/>
              <w:left w:val="single" w:sz="6" w:space="0" w:color="C9C9C9"/>
              <w:bottom w:val="single" w:sz="6" w:space="0" w:color="C9C9C9"/>
              <w:right w:val="single" w:sz="6" w:space="0" w:color="C9C9C9"/>
            </w:tcBorders>
            <w:tcMar>
              <w:top w:w="110" w:type="dxa"/>
              <w:left w:w="120" w:type="dxa"/>
              <w:bottom w:w="110" w:type="dxa"/>
              <w:right w:w="120" w:type="dxa"/>
            </w:tcMar>
            <w:vAlign w:val="center"/>
          </w:tcPr>
          <w:p w14:paraId="496A034E" w14:textId="77777777" w:rsidR="003B1756" w:rsidRDefault="003B1756"/>
        </w:tc>
        <w:tc>
          <w:tcPr>
            <w:tcW w:w="3419" w:type="dxa"/>
            <w:tcBorders>
              <w:top w:val="single" w:sz="6" w:space="0" w:color="C9C9C9"/>
              <w:left w:val="single" w:sz="6" w:space="0" w:color="C9C9C9"/>
              <w:bottom w:val="single" w:sz="6" w:space="0" w:color="C9C9C9"/>
              <w:right w:val="single" w:sz="6" w:space="0" w:color="C9C9C9"/>
            </w:tcBorders>
            <w:shd w:val="clear" w:color="auto" w:fill="F7F7F7"/>
            <w:tcMar>
              <w:top w:w="110" w:type="dxa"/>
              <w:left w:w="120" w:type="dxa"/>
              <w:bottom w:w="110" w:type="dxa"/>
              <w:right w:w="120" w:type="dxa"/>
            </w:tcMar>
            <w:vAlign w:val="center"/>
          </w:tcPr>
          <w:p w14:paraId="030DA560" w14:textId="77777777" w:rsidR="003B1756" w:rsidRDefault="003B1756">
            <w:r>
              <w:rPr>
                <w:color w:val="595959"/>
                <w:sz w:val="16"/>
              </w:rPr>
              <w:t>東京都〇〇区〇〇</w:t>
            </w:r>
          </w:p>
        </w:tc>
      </w:tr>
      <w:tr w:rsidR="003B1756" w14:paraId="41BCD6DC" w14:textId="77777777">
        <w:trPr>
          <w:trHeight w:val="442"/>
          <w:jc w:val="center"/>
        </w:trPr>
        <w:tc>
          <w:tcPr>
            <w:tcW w:w="3419" w:type="dxa"/>
            <w:tcBorders>
              <w:top w:val="single" w:sz="6" w:space="0" w:color="C9C9C9"/>
              <w:left w:val="single" w:sz="6" w:space="0" w:color="C9C9C9"/>
              <w:bottom w:val="single" w:sz="6" w:space="0" w:color="C9C9C9"/>
              <w:right w:val="single" w:sz="6" w:space="0" w:color="C9C9C9"/>
            </w:tcBorders>
            <w:shd w:val="clear" w:color="auto" w:fill="EAF3F8"/>
            <w:tcMar>
              <w:top w:w="110" w:type="dxa"/>
              <w:left w:w="120" w:type="dxa"/>
              <w:bottom w:w="110" w:type="dxa"/>
              <w:right w:w="120" w:type="dxa"/>
            </w:tcMar>
            <w:vAlign w:val="center"/>
          </w:tcPr>
          <w:p w14:paraId="0C807C17" w14:textId="77777777" w:rsidR="003B1756" w:rsidRDefault="003B1756">
            <w:r>
              <w:rPr>
                <w:b/>
                <w:color w:val="1F4E79"/>
              </w:rPr>
              <w:t>ホームページ</w:t>
            </w:r>
          </w:p>
        </w:tc>
        <w:tc>
          <w:tcPr>
            <w:tcW w:w="3419" w:type="dxa"/>
            <w:tcBorders>
              <w:top w:val="single" w:sz="6" w:space="0" w:color="C9C9C9"/>
              <w:left w:val="single" w:sz="6" w:space="0" w:color="C9C9C9"/>
              <w:bottom w:val="single" w:sz="6" w:space="0" w:color="C9C9C9"/>
              <w:right w:val="single" w:sz="6" w:space="0" w:color="C9C9C9"/>
            </w:tcBorders>
            <w:tcMar>
              <w:top w:w="110" w:type="dxa"/>
              <w:left w:w="120" w:type="dxa"/>
              <w:bottom w:w="110" w:type="dxa"/>
              <w:right w:w="120" w:type="dxa"/>
            </w:tcMar>
            <w:vAlign w:val="center"/>
          </w:tcPr>
          <w:p w14:paraId="38252BD6" w14:textId="77777777" w:rsidR="003B1756" w:rsidRDefault="003B1756"/>
        </w:tc>
        <w:tc>
          <w:tcPr>
            <w:tcW w:w="3419" w:type="dxa"/>
            <w:tcBorders>
              <w:top w:val="single" w:sz="6" w:space="0" w:color="C9C9C9"/>
              <w:left w:val="single" w:sz="6" w:space="0" w:color="C9C9C9"/>
              <w:bottom w:val="single" w:sz="6" w:space="0" w:color="C9C9C9"/>
              <w:right w:val="single" w:sz="6" w:space="0" w:color="C9C9C9"/>
            </w:tcBorders>
            <w:shd w:val="clear" w:color="auto" w:fill="F7F7F7"/>
            <w:tcMar>
              <w:top w:w="110" w:type="dxa"/>
              <w:left w:w="120" w:type="dxa"/>
              <w:bottom w:w="110" w:type="dxa"/>
              <w:right w:w="120" w:type="dxa"/>
            </w:tcMar>
            <w:vAlign w:val="center"/>
          </w:tcPr>
          <w:p w14:paraId="050F9467" w14:textId="77777777" w:rsidR="003B1756" w:rsidRDefault="003B1756">
            <w:pPr>
              <w:rPr>
                <w:lang w:eastAsia="ja-JP"/>
              </w:rPr>
            </w:pPr>
            <w:r>
              <w:rPr>
                <w:color w:val="595959"/>
                <w:sz w:val="16"/>
                <w:lang w:eastAsia="ja-JP"/>
              </w:rPr>
              <w:t>会社HPのURLをご記入ください</w:t>
            </w:r>
          </w:p>
        </w:tc>
      </w:tr>
      <w:tr w:rsidR="003B1756" w14:paraId="091EE9D8" w14:textId="77777777">
        <w:trPr>
          <w:trHeight w:val="442"/>
          <w:jc w:val="center"/>
        </w:trPr>
        <w:tc>
          <w:tcPr>
            <w:tcW w:w="3419" w:type="dxa"/>
            <w:tcBorders>
              <w:top w:val="single" w:sz="6" w:space="0" w:color="C9C9C9"/>
              <w:left w:val="single" w:sz="6" w:space="0" w:color="C9C9C9"/>
              <w:bottom w:val="single" w:sz="6" w:space="0" w:color="C9C9C9"/>
              <w:right w:val="single" w:sz="6" w:space="0" w:color="C9C9C9"/>
            </w:tcBorders>
            <w:shd w:val="clear" w:color="auto" w:fill="EAF3F8"/>
            <w:tcMar>
              <w:top w:w="110" w:type="dxa"/>
              <w:left w:w="120" w:type="dxa"/>
              <w:bottom w:w="110" w:type="dxa"/>
              <w:right w:w="120" w:type="dxa"/>
            </w:tcMar>
            <w:vAlign w:val="center"/>
          </w:tcPr>
          <w:p w14:paraId="048B8C8B" w14:textId="77777777" w:rsidR="003B1756" w:rsidRDefault="003B1756">
            <w:r>
              <w:rPr>
                <w:b/>
                <w:color w:val="1F4E79"/>
              </w:rPr>
              <w:t>資本金</w:t>
            </w:r>
          </w:p>
        </w:tc>
        <w:tc>
          <w:tcPr>
            <w:tcW w:w="3419" w:type="dxa"/>
            <w:tcBorders>
              <w:top w:val="single" w:sz="6" w:space="0" w:color="C9C9C9"/>
              <w:left w:val="single" w:sz="6" w:space="0" w:color="C9C9C9"/>
              <w:bottom w:val="single" w:sz="6" w:space="0" w:color="C9C9C9"/>
              <w:right w:val="single" w:sz="6" w:space="0" w:color="C9C9C9"/>
            </w:tcBorders>
            <w:tcMar>
              <w:top w:w="110" w:type="dxa"/>
              <w:left w:w="120" w:type="dxa"/>
              <w:bottom w:w="110" w:type="dxa"/>
              <w:right w:w="120" w:type="dxa"/>
            </w:tcMar>
            <w:vAlign w:val="center"/>
          </w:tcPr>
          <w:p w14:paraId="789B6312" w14:textId="77777777" w:rsidR="003B1756" w:rsidRDefault="003B1756"/>
        </w:tc>
        <w:tc>
          <w:tcPr>
            <w:tcW w:w="3419" w:type="dxa"/>
            <w:tcBorders>
              <w:top w:val="single" w:sz="6" w:space="0" w:color="C9C9C9"/>
              <w:left w:val="single" w:sz="6" w:space="0" w:color="C9C9C9"/>
              <w:bottom w:val="single" w:sz="6" w:space="0" w:color="C9C9C9"/>
              <w:right w:val="single" w:sz="6" w:space="0" w:color="C9C9C9"/>
            </w:tcBorders>
            <w:shd w:val="clear" w:color="auto" w:fill="F7F7F7"/>
            <w:tcMar>
              <w:top w:w="110" w:type="dxa"/>
              <w:left w:w="120" w:type="dxa"/>
              <w:bottom w:w="110" w:type="dxa"/>
              <w:right w:w="120" w:type="dxa"/>
            </w:tcMar>
            <w:vAlign w:val="center"/>
          </w:tcPr>
          <w:p w14:paraId="7C349AAD" w14:textId="77777777" w:rsidR="003B1756" w:rsidRDefault="003B1756">
            <w:r>
              <w:rPr>
                <w:color w:val="595959"/>
                <w:sz w:val="16"/>
              </w:rPr>
              <w:t>1,000万円</w:t>
            </w:r>
          </w:p>
        </w:tc>
      </w:tr>
      <w:tr w:rsidR="003B1756" w14:paraId="5C2C2FA7" w14:textId="77777777">
        <w:trPr>
          <w:trHeight w:val="442"/>
          <w:jc w:val="center"/>
        </w:trPr>
        <w:tc>
          <w:tcPr>
            <w:tcW w:w="3419" w:type="dxa"/>
            <w:tcBorders>
              <w:top w:val="single" w:sz="6" w:space="0" w:color="C9C9C9"/>
              <w:left w:val="single" w:sz="6" w:space="0" w:color="C9C9C9"/>
              <w:bottom w:val="single" w:sz="6" w:space="0" w:color="C9C9C9"/>
              <w:right w:val="single" w:sz="6" w:space="0" w:color="C9C9C9"/>
            </w:tcBorders>
            <w:shd w:val="clear" w:color="auto" w:fill="EAF3F8"/>
            <w:tcMar>
              <w:top w:w="110" w:type="dxa"/>
              <w:left w:w="120" w:type="dxa"/>
              <w:bottom w:w="110" w:type="dxa"/>
              <w:right w:w="120" w:type="dxa"/>
            </w:tcMar>
            <w:vAlign w:val="center"/>
          </w:tcPr>
          <w:p w14:paraId="01FDB4DA" w14:textId="77777777" w:rsidR="003B1756" w:rsidRDefault="003B1756">
            <w:r>
              <w:rPr>
                <w:b/>
                <w:color w:val="1F4E79"/>
              </w:rPr>
              <w:t>従業員数</w:t>
            </w:r>
          </w:p>
        </w:tc>
        <w:tc>
          <w:tcPr>
            <w:tcW w:w="3419" w:type="dxa"/>
            <w:tcBorders>
              <w:top w:val="single" w:sz="6" w:space="0" w:color="C9C9C9"/>
              <w:left w:val="single" w:sz="6" w:space="0" w:color="C9C9C9"/>
              <w:bottom w:val="single" w:sz="6" w:space="0" w:color="C9C9C9"/>
              <w:right w:val="single" w:sz="6" w:space="0" w:color="C9C9C9"/>
            </w:tcBorders>
            <w:tcMar>
              <w:top w:w="110" w:type="dxa"/>
              <w:left w:w="120" w:type="dxa"/>
              <w:bottom w:w="110" w:type="dxa"/>
              <w:right w:w="120" w:type="dxa"/>
            </w:tcMar>
            <w:vAlign w:val="center"/>
          </w:tcPr>
          <w:p w14:paraId="7D0FB734" w14:textId="77777777" w:rsidR="003B1756" w:rsidRDefault="003B1756"/>
        </w:tc>
        <w:tc>
          <w:tcPr>
            <w:tcW w:w="3419" w:type="dxa"/>
            <w:tcBorders>
              <w:top w:val="single" w:sz="6" w:space="0" w:color="C9C9C9"/>
              <w:left w:val="single" w:sz="6" w:space="0" w:color="C9C9C9"/>
              <w:bottom w:val="single" w:sz="6" w:space="0" w:color="C9C9C9"/>
              <w:right w:val="single" w:sz="6" w:space="0" w:color="C9C9C9"/>
            </w:tcBorders>
            <w:shd w:val="clear" w:color="auto" w:fill="F7F7F7"/>
            <w:tcMar>
              <w:top w:w="110" w:type="dxa"/>
              <w:left w:w="120" w:type="dxa"/>
              <w:bottom w:w="110" w:type="dxa"/>
              <w:right w:w="120" w:type="dxa"/>
            </w:tcMar>
            <w:vAlign w:val="center"/>
          </w:tcPr>
          <w:p w14:paraId="5EF445F2" w14:textId="77777777" w:rsidR="003B1756" w:rsidRDefault="003B1756">
            <w:r>
              <w:rPr>
                <w:color w:val="595959"/>
                <w:sz w:val="16"/>
              </w:rPr>
              <w:t>25名</w:t>
            </w:r>
          </w:p>
        </w:tc>
      </w:tr>
      <w:tr w:rsidR="003B1756" w14:paraId="476039B1" w14:textId="77777777">
        <w:trPr>
          <w:trHeight w:val="539"/>
          <w:jc w:val="center"/>
        </w:trPr>
        <w:tc>
          <w:tcPr>
            <w:tcW w:w="3419" w:type="dxa"/>
            <w:tcBorders>
              <w:top w:val="single" w:sz="6" w:space="0" w:color="C9C9C9"/>
              <w:left w:val="single" w:sz="6" w:space="0" w:color="C9C9C9"/>
              <w:bottom w:val="single" w:sz="6" w:space="0" w:color="C9C9C9"/>
              <w:right w:val="single" w:sz="6" w:space="0" w:color="C9C9C9"/>
            </w:tcBorders>
            <w:shd w:val="clear" w:color="auto" w:fill="EAF3F8"/>
            <w:tcMar>
              <w:top w:w="110" w:type="dxa"/>
              <w:left w:w="120" w:type="dxa"/>
              <w:bottom w:w="110" w:type="dxa"/>
              <w:right w:w="120" w:type="dxa"/>
            </w:tcMar>
            <w:vAlign w:val="center"/>
          </w:tcPr>
          <w:p w14:paraId="262CF23C" w14:textId="77777777" w:rsidR="003B1756" w:rsidRDefault="003B1756">
            <w:r>
              <w:rPr>
                <w:b/>
                <w:color w:val="1F4E79"/>
              </w:rPr>
              <w:t>主な事業分野</w:t>
            </w:r>
          </w:p>
        </w:tc>
        <w:tc>
          <w:tcPr>
            <w:tcW w:w="3419" w:type="dxa"/>
            <w:tcBorders>
              <w:top w:val="single" w:sz="6" w:space="0" w:color="C9C9C9"/>
              <w:left w:val="single" w:sz="6" w:space="0" w:color="C9C9C9"/>
              <w:bottom w:val="single" w:sz="6" w:space="0" w:color="C9C9C9"/>
              <w:right w:val="single" w:sz="6" w:space="0" w:color="C9C9C9"/>
            </w:tcBorders>
            <w:tcMar>
              <w:top w:w="110" w:type="dxa"/>
              <w:left w:w="120" w:type="dxa"/>
              <w:bottom w:w="110" w:type="dxa"/>
              <w:right w:w="120" w:type="dxa"/>
            </w:tcMar>
            <w:vAlign w:val="center"/>
          </w:tcPr>
          <w:p w14:paraId="2555B619" w14:textId="77777777" w:rsidR="003B1756" w:rsidRDefault="003B1756"/>
        </w:tc>
        <w:tc>
          <w:tcPr>
            <w:tcW w:w="3419" w:type="dxa"/>
            <w:tcBorders>
              <w:top w:val="single" w:sz="6" w:space="0" w:color="C9C9C9"/>
              <w:left w:val="single" w:sz="6" w:space="0" w:color="C9C9C9"/>
              <w:bottom w:val="single" w:sz="6" w:space="0" w:color="C9C9C9"/>
              <w:right w:val="single" w:sz="6" w:space="0" w:color="C9C9C9"/>
            </w:tcBorders>
            <w:shd w:val="clear" w:color="auto" w:fill="F7F7F7"/>
            <w:tcMar>
              <w:top w:w="110" w:type="dxa"/>
              <w:left w:w="120" w:type="dxa"/>
              <w:bottom w:w="110" w:type="dxa"/>
              <w:right w:w="120" w:type="dxa"/>
            </w:tcMar>
            <w:vAlign w:val="center"/>
          </w:tcPr>
          <w:p w14:paraId="6437AFCD" w14:textId="77777777" w:rsidR="003B1756" w:rsidRDefault="003B1756">
            <w:pPr>
              <w:rPr>
                <w:lang w:eastAsia="ja-JP"/>
              </w:rPr>
            </w:pPr>
            <w:r>
              <w:rPr>
                <w:color w:val="595959"/>
                <w:sz w:val="16"/>
                <w:lang w:eastAsia="ja-JP"/>
              </w:rPr>
              <w:t>半導体製造装置向け精密加工部品の製造</w:t>
            </w:r>
          </w:p>
        </w:tc>
      </w:tr>
    </w:tbl>
    <w:p w14:paraId="72A3D3EC" w14:textId="77777777" w:rsidR="00143D56" w:rsidRDefault="00143D56">
      <w:pPr>
        <w:spacing w:after="20"/>
        <w:rPr>
          <w:lang w:eastAsia="ja-JP"/>
        </w:rPr>
      </w:pPr>
    </w:p>
    <w:p w14:paraId="70F99E2D" w14:textId="77777777" w:rsidR="00143D56" w:rsidRDefault="00000000">
      <w:pPr>
        <w:pStyle w:val="1"/>
        <w:spacing w:before="160" w:after="60"/>
      </w:pPr>
      <w:r>
        <w:rPr>
          <w:rFonts w:ascii="游ゴシック" w:eastAsia="游ゴシック" w:hAnsi="游ゴシック"/>
          <w:color w:val="1F4E79"/>
          <w:sz w:val="26"/>
        </w:rPr>
        <w:t>2. ご担当者情報</w:t>
      </w:r>
    </w:p>
    <w:tbl>
      <w:tblPr>
        <w:tblStyle w:val="afe"/>
        <w:tblW w:w="0" w:type="auto"/>
        <w:jc w:val="center"/>
        <w:tblLayout w:type="fixed"/>
        <w:tblLook w:val="04A0" w:firstRow="1" w:lastRow="0" w:firstColumn="1" w:lastColumn="0" w:noHBand="0" w:noVBand="1"/>
      </w:tblPr>
      <w:tblGrid>
        <w:gridCol w:w="3419"/>
        <w:gridCol w:w="4195"/>
        <w:gridCol w:w="3419"/>
      </w:tblGrid>
      <w:tr w:rsidR="00143D56" w14:paraId="509D8247" w14:textId="77777777">
        <w:trPr>
          <w:jc w:val="center"/>
        </w:trPr>
        <w:tc>
          <w:tcPr>
            <w:tcW w:w="2268" w:type="dxa"/>
            <w:tcBorders>
              <w:top w:val="single" w:sz="6" w:space="0" w:color="8093A8"/>
              <w:left w:val="single" w:sz="6" w:space="0" w:color="8093A8"/>
              <w:bottom w:val="single" w:sz="6" w:space="0" w:color="8093A8"/>
              <w:right w:val="single" w:sz="6" w:space="0" w:color="8093A8"/>
            </w:tcBorders>
            <w:shd w:val="clear" w:color="auto" w:fill="1F4E79"/>
            <w:tcMar>
              <w:top w:w="95" w:type="dxa"/>
              <w:left w:w="120" w:type="dxa"/>
              <w:bottom w:w="95" w:type="dxa"/>
              <w:right w:w="120" w:type="dxa"/>
            </w:tcMar>
            <w:vAlign w:val="center"/>
          </w:tcPr>
          <w:p w14:paraId="0ABFA888" w14:textId="77777777" w:rsidR="00143D56" w:rsidRDefault="00000000">
            <w:pPr>
              <w:jc w:val="center"/>
            </w:pPr>
            <w:r>
              <w:rPr>
                <w:b/>
                <w:color w:val="FFFFFF"/>
              </w:rPr>
              <w:t>項目</w:t>
            </w:r>
          </w:p>
        </w:tc>
        <w:tc>
          <w:tcPr>
            <w:tcW w:w="4195" w:type="dxa"/>
            <w:tcBorders>
              <w:top w:val="single" w:sz="6" w:space="0" w:color="8093A8"/>
              <w:left w:val="single" w:sz="6" w:space="0" w:color="8093A8"/>
              <w:bottom w:val="single" w:sz="6" w:space="0" w:color="8093A8"/>
              <w:right w:val="single" w:sz="6" w:space="0" w:color="8093A8"/>
            </w:tcBorders>
            <w:shd w:val="clear" w:color="auto" w:fill="1F4E79"/>
            <w:tcMar>
              <w:top w:w="95" w:type="dxa"/>
              <w:left w:w="120" w:type="dxa"/>
              <w:bottom w:w="95" w:type="dxa"/>
              <w:right w:w="120" w:type="dxa"/>
            </w:tcMar>
            <w:vAlign w:val="center"/>
          </w:tcPr>
          <w:p w14:paraId="21A0D5D7" w14:textId="77777777" w:rsidR="00143D56" w:rsidRDefault="00000000">
            <w:pPr>
              <w:jc w:val="center"/>
            </w:pPr>
            <w:r>
              <w:rPr>
                <w:b/>
                <w:color w:val="FFFFFF"/>
              </w:rPr>
              <w:t>記入欄</w:t>
            </w:r>
          </w:p>
        </w:tc>
        <w:tc>
          <w:tcPr>
            <w:tcW w:w="3175" w:type="dxa"/>
            <w:tcBorders>
              <w:top w:val="single" w:sz="6" w:space="0" w:color="8093A8"/>
              <w:left w:val="single" w:sz="6" w:space="0" w:color="8093A8"/>
              <w:bottom w:val="single" w:sz="6" w:space="0" w:color="8093A8"/>
              <w:right w:val="single" w:sz="6" w:space="0" w:color="8093A8"/>
            </w:tcBorders>
            <w:shd w:val="clear" w:color="auto" w:fill="1F4E79"/>
            <w:tcMar>
              <w:top w:w="95" w:type="dxa"/>
              <w:left w:w="120" w:type="dxa"/>
              <w:bottom w:w="95" w:type="dxa"/>
              <w:right w:w="120" w:type="dxa"/>
            </w:tcMar>
            <w:vAlign w:val="center"/>
          </w:tcPr>
          <w:p w14:paraId="778217DE" w14:textId="77777777" w:rsidR="00143D56" w:rsidRDefault="00000000">
            <w:pPr>
              <w:jc w:val="center"/>
            </w:pPr>
            <w:r>
              <w:rPr>
                <w:b/>
                <w:color w:val="FFFFFF"/>
              </w:rPr>
              <w:t>記入例・補足</w:t>
            </w:r>
          </w:p>
        </w:tc>
      </w:tr>
      <w:tr w:rsidR="00143D56" w14:paraId="4EB1CA6D" w14:textId="77777777">
        <w:trPr>
          <w:trHeight w:val="442"/>
          <w:jc w:val="center"/>
        </w:trPr>
        <w:tc>
          <w:tcPr>
            <w:tcW w:w="3419" w:type="dxa"/>
            <w:tcBorders>
              <w:top w:val="single" w:sz="6" w:space="0" w:color="C9C9C9"/>
              <w:left w:val="single" w:sz="6" w:space="0" w:color="C9C9C9"/>
              <w:bottom w:val="single" w:sz="6" w:space="0" w:color="C9C9C9"/>
              <w:right w:val="single" w:sz="6" w:space="0" w:color="C9C9C9"/>
            </w:tcBorders>
            <w:shd w:val="clear" w:color="auto" w:fill="EAF3F8"/>
            <w:tcMar>
              <w:top w:w="110" w:type="dxa"/>
              <w:left w:w="120" w:type="dxa"/>
              <w:bottom w:w="110" w:type="dxa"/>
              <w:right w:w="120" w:type="dxa"/>
            </w:tcMar>
            <w:vAlign w:val="center"/>
          </w:tcPr>
          <w:p w14:paraId="17249EB1" w14:textId="77777777" w:rsidR="00143D56" w:rsidRDefault="00000000">
            <w:r>
              <w:rPr>
                <w:b/>
                <w:color w:val="1F4E79"/>
              </w:rPr>
              <w:t>担当者氏名</w:t>
            </w:r>
          </w:p>
        </w:tc>
        <w:tc>
          <w:tcPr>
            <w:tcW w:w="3419" w:type="dxa"/>
            <w:tcBorders>
              <w:top w:val="single" w:sz="6" w:space="0" w:color="C9C9C9"/>
              <w:left w:val="single" w:sz="6" w:space="0" w:color="C9C9C9"/>
              <w:bottom w:val="single" w:sz="6" w:space="0" w:color="C9C9C9"/>
              <w:right w:val="single" w:sz="6" w:space="0" w:color="C9C9C9"/>
            </w:tcBorders>
            <w:tcMar>
              <w:top w:w="110" w:type="dxa"/>
              <w:left w:w="120" w:type="dxa"/>
              <w:bottom w:w="110" w:type="dxa"/>
              <w:right w:w="120" w:type="dxa"/>
            </w:tcMar>
            <w:vAlign w:val="center"/>
          </w:tcPr>
          <w:p w14:paraId="0D0B940D" w14:textId="77777777" w:rsidR="00143D56" w:rsidRDefault="00143D56"/>
        </w:tc>
        <w:tc>
          <w:tcPr>
            <w:tcW w:w="3419" w:type="dxa"/>
            <w:tcBorders>
              <w:top w:val="single" w:sz="6" w:space="0" w:color="C9C9C9"/>
              <w:left w:val="single" w:sz="6" w:space="0" w:color="C9C9C9"/>
              <w:bottom w:val="single" w:sz="6" w:space="0" w:color="C9C9C9"/>
              <w:right w:val="single" w:sz="6" w:space="0" w:color="C9C9C9"/>
            </w:tcBorders>
            <w:shd w:val="clear" w:color="auto" w:fill="F7F7F7"/>
            <w:tcMar>
              <w:top w:w="110" w:type="dxa"/>
              <w:left w:w="120" w:type="dxa"/>
              <w:bottom w:w="110" w:type="dxa"/>
              <w:right w:w="120" w:type="dxa"/>
            </w:tcMar>
            <w:vAlign w:val="center"/>
          </w:tcPr>
          <w:p w14:paraId="05D5C0D5" w14:textId="77777777" w:rsidR="00143D56" w:rsidRDefault="00000000">
            <w:r>
              <w:rPr>
                <w:color w:val="595959"/>
                <w:sz w:val="16"/>
              </w:rPr>
              <w:t>山田 太郎</w:t>
            </w:r>
          </w:p>
        </w:tc>
      </w:tr>
      <w:tr w:rsidR="00143D56" w14:paraId="592D865D" w14:textId="77777777">
        <w:trPr>
          <w:trHeight w:val="442"/>
          <w:jc w:val="center"/>
        </w:trPr>
        <w:tc>
          <w:tcPr>
            <w:tcW w:w="3419" w:type="dxa"/>
            <w:tcBorders>
              <w:top w:val="single" w:sz="6" w:space="0" w:color="C9C9C9"/>
              <w:left w:val="single" w:sz="6" w:space="0" w:color="C9C9C9"/>
              <w:bottom w:val="single" w:sz="6" w:space="0" w:color="C9C9C9"/>
              <w:right w:val="single" w:sz="6" w:space="0" w:color="C9C9C9"/>
            </w:tcBorders>
            <w:shd w:val="clear" w:color="auto" w:fill="EAF3F8"/>
            <w:tcMar>
              <w:top w:w="110" w:type="dxa"/>
              <w:left w:w="120" w:type="dxa"/>
              <w:bottom w:w="110" w:type="dxa"/>
              <w:right w:w="120" w:type="dxa"/>
            </w:tcMar>
            <w:vAlign w:val="center"/>
          </w:tcPr>
          <w:p w14:paraId="4E33E504" w14:textId="77777777" w:rsidR="00143D56" w:rsidRDefault="00000000">
            <w:r>
              <w:rPr>
                <w:b/>
                <w:color w:val="1F4E79"/>
              </w:rPr>
              <w:t>所属部署・役職</w:t>
            </w:r>
          </w:p>
        </w:tc>
        <w:tc>
          <w:tcPr>
            <w:tcW w:w="3419" w:type="dxa"/>
            <w:tcBorders>
              <w:top w:val="single" w:sz="6" w:space="0" w:color="C9C9C9"/>
              <w:left w:val="single" w:sz="6" w:space="0" w:color="C9C9C9"/>
              <w:bottom w:val="single" w:sz="6" w:space="0" w:color="C9C9C9"/>
              <w:right w:val="single" w:sz="6" w:space="0" w:color="C9C9C9"/>
            </w:tcBorders>
            <w:tcMar>
              <w:top w:w="110" w:type="dxa"/>
              <w:left w:w="120" w:type="dxa"/>
              <w:bottom w:w="110" w:type="dxa"/>
              <w:right w:w="120" w:type="dxa"/>
            </w:tcMar>
            <w:vAlign w:val="center"/>
          </w:tcPr>
          <w:p w14:paraId="0E27B00A" w14:textId="77777777" w:rsidR="00143D56" w:rsidRDefault="00143D56"/>
        </w:tc>
        <w:tc>
          <w:tcPr>
            <w:tcW w:w="3419" w:type="dxa"/>
            <w:tcBorders>
              <w:top w:val="single" w:sz="6" w:space="0" w:color="C9C9C9"/>
              <w:left w:val="single" w:sz="6" w:space="0" w:color="C9C9C9"/>
              <w:bottom w:val="single" w:sz="6" w:space="0" w:color="C9C9C9"/>
              <w:right w:val="single" w:sz="6" w:space="0" w:color="C9C9C9"/>
            </w:tcBorders>
            <w:shd w:val="clear" w:color="auto" w:fill="F7F7F7"/>
            <w:tcMar>
              <w:top w:w="110" w:type="dxa"/>
              <w:left w:w="120" w:type="dxa"/>
              <w:bottom w:w="110" w:type="dxa"/>
              <w:right w:w="120" w:type="dxa"/>
            </w:tcMar>
            <w:vAlign w:val="center"/>
          </w:tcPr>
          <w:p w14:paraId="7A2E4144" w14:textId="77777777" w:rsidR="00143D56" w:rsidRDefault="00000000">
            <w:r>
              <w:rPr>
                <w:color w:val="595959"/>
                <w:sz w:val="16"/>
              </w:rPr>
              <w:t>営業部 課長</w:t>
            </w:r>
          </w:p>
        </w:tc>
      </w:tr>
      <w:tr w:rsidR="00143D56" w14:paraId="53832309" w14:textId="77777777">
        <w:trPr>
          <w:trHeight w:val="442"/>
          <w:jc w:val="center"/>
        </w:trPr>
        <w:tc>
          <w:tcPr>
            <w:tcW w:w="3419" w:type="dxa"/>
            <w:tcBorders>
              <w:top w:val="single" w:sz="6" w:space="0" w:color="C9C9C9"/>
              <w:left w:val="single" w:sz="6" w:space="0" w:color="C9C9C9"/>
              <w:bottom w:val="single" w:sz="6" w:space="0" w:color="C9C9C9"/>
              <w:right w:val="single" w:sz="6" w:space="0" w:color="C9C9C9"/>
            </w:tcBorders>
            <w:shd w:val="clear" w:color="auto" w:fill="EAF3F8"/>
            <w:tcMar>
              <w:top w:w="110" w:type="dxa"/>
              <w:left w:w="120" w:type="dxa"/>
              <w:bottom w:w="110" w:type="dxa"/>
              <w:right w:w="120" w:type="dxa"/>
            </w:tcMar>
            <w:vAlign w:val="center"/>
          </w:tcPr>
          <w:p w14:paraId="1D6EE54A" w14:textId="77777777" w:rsidR="00143D56" w:rsidRDefault="00000000">
            <w:r>
              <w:rPr>
                <w:b/>
                <w:color w:val="1F4E79"/>
              </w:rPr>
              <w:t>電話番号</w:t>
            </w:r>
          </w:p>
        </w:tc>
        <w:tc>
          <w:tcPr>
            <w:tcW w:w="3419" w:type="dxa"/>
            <w:tcBorders>
              <w:top w:val="single" w:sz="6" w:space="0" w:color="C9C9C9"/>
              <w:left w:val="single" w:sz="6" w:space="0" w:color="C9C9C9"/>
              <w:bottom w:val="single" w:sz="6" w:space="0" w:color="C9C9C9"/>
              <w:right w:val="single" w:sz="6" w:space="0" w:color="C9C9C9"/>
            </w:tcBorders>
            <w:tcMar>
              <w:top w:w="110" w:type="dxa"/>
              <w:left w:w="120" w:type="dxa"/>
              <w:bottom w:w="110" w:type="dxa"/>
              <w:right w:w="120" w:type="dxa"/>
            </w:tcMar>
            <w:vAlign w:val="center"/>
          </w:tcPr>
          <w:p w14:paraId="60061E4C" w14:textId="77777777" w:rsidR="00143D56" w:rsidRDefault="00143D56"/>
        </w:tc>
        <w:tc>
          <w:tcPr>
            <w:tcW w:w="3419" w:type="dxa"/>
            <w:tcBorders>
              <w:top w:val="single" w:sz="6" w:space="0" w:color="C9C9C9"/>
              <w:left w:val="single" w:sz="6" w:space="0" w:color="C9C9C9"/>
              <w:bottom w:val="single" w:sz="6" w:space="0" w:color="C9C9C9"/>
              <w:right w:val="single" w:sz="6" w:space="0" w:color="C9C9C9"/>
            </w:tcBorders>
            <w:shd w:val="clear" w:color="auto" w:fill="F7F7F7"/>
            <w:tcMar>
              <w:top w:w="110" w:type="dxa"/>
              <w:left w:w="120" w:type="dxa"/>
              <w:bottom w:w="110" w:type="dxa"/>
              <w:right w:w="120" w:type="dxa"/>
            </w:tcMar>
            <w:vAlign w:val="center"/>
          </w:tcPr>
          <w:p w14:paraId="198E7CDB" w14:textId="77777777" w:rsidR="00143D56" w:rsidRDefault="00000000">
            <w:r>
              <w:rPr>
                <w:color w:val="595959"/>
                <w:sz w:val="16"/>
              </w:rPr>
              <w:t>03-0000-0000</w:t>
            </w:r>
          </w:p>
        </w:tc>
      </w:tr>
      <w:tr w:rsidR="00143D56" w14:paraId="4A35A8AA" w14:textId="77777777">
        <w:trPr>
          <w:trHeight w:val="442"/>
          <w:jc w:val="center"/>
        </w:trPr>
        <w:tc>
          <w:tcPr>
            <w:tcW w:w="3419" w:type="dxa"/>
            <w:tcBorders>
              <w:top w:val="single" w:sz="6" w:space="0" w:color="C9C9C9"/>
              <w:left w:val="single" w:sz="6" w:space="0" w:color="C9C9C9"/>
              <w:bottom w:val="single" w:sz="6" w:space="0" w:color="C9C9C9"/>
              <w:right w:val="single" w:sz="6" w:space="0" w:color="C9C9C9"/>
            </w:tcBorders>
            <w:shd w:val="clear" w:color="auto" w:fill="EAF3F8"/>
            <w:tcMar>
              <w:top w:w="110" w:type="dxa"/>
              <w:left w:w="120" w:type="dxa"/>
              <w:bottom w:w="110" w:type="dxa"/>
              <w:right w:w="120" w:type="dxa"/>
            </w:tcMar>
            <w:vAlign w:val="center"/>
          </w:tcPr>
          <w:p w14:paraId="4EBBB1F8" w14:textId="77777777" w:rsidR="00143D56" w:rsidRDefault="00000000">
            <w:r>
              <w:rPr>
                <w:b/>
                <w:color w:val="1F4E79"/>
              </w:rPr>
              <w:t>メールアドレス</w:t>
            </w:r>
          </w:p>
        </w:tc>
        <w:tc>
          <w:tcPr>
            <w:tcW w:w="3419" w:type="dxa"/>
            <w:tcBorders>
              <w:top w:val="single" w:sz="6" w:space="0" w:color="C9C9C9"/>
              <w:left w:val="single" w:sz="6" w:space="0" w:color="C9C9C9"/>
              <w:bottom w:val="single" w:sz="6" w:space="0" w:color="C9C9C9"/>
              <w:right w:val="single" w:sz="6" w:space="0" w:color="C9C9C9"/>
            </w:tcBorders>
            <w:tcMar>
              <w:top w:w="110" w:type="dxa"/>
              <w:left w:w="120" w:type="dxa"/>
              <w:bottom w:w="110" w:type="dxa"/>
              <w:right w:w="120" w:type="dxa"/>
            </w:tcMar>
            <w:vAlign w:val="center"/>
          </w:tcPr>
          <w:p w14:paraId="44EAFD9C" w14:textId="77777777" w:rsidR="00143D56" w:rsidRDefault="00143D56"/>
        </w:tc>
        <w:tc>
          <w:tcPr>
            <w:tcW w:w="3419" w:type="dxa"/>
            <w:tcBorders>
              <w:top w:val="single" w:sz="6" w:space="0" w:color="C9C9C9"/>
              <w:left w:val="single" w:sz="6" w:space="0" w:color="C9C9C9"/>
              <w:bottom w:val="single" w:sz="6" w:space="0" w:color="C9C9C9"/>
              <w:right w:val="single" w:sz="6" w:space="0" w:color="C9C9C9"/>
            </w:tcBorders>
            <w:shd w:val="clear" w:color="auto" w:fill="F7F7F7"/>
            <w:tcMar>
              <w:top w:w="110" w:type="dxa"/>
              <w:left w:w="120" w:type="dxa"/>
              <w:bottom w:w="110" w:type="dxa"/>
              <w:right w:w="120" w:type="dxa"/>
            </w:tcMar>
            <w:vAlign w:val="center"/>
          </w:tcPr>
          <w:p w14:paraId="229CA1CC" w14:textId="77777777" w:rsidR="00143D56" w:rsidRDefault="00000000">
            <w:r>
              <w:rPr>
                <w:color w:val="595959"/>
                <w:sz w:val="16"/>
              </w:rPr>
              <w:t>taro.yamada@example.co.jp</w:t>
            </w:r>
          </w:p>
        </w:tc>
      </w:tr>
      <w:tr w:rsidR="00143D56" w14:paraId="0D44926B" w14:textId="77777777">
        <w:trPr>
          <w:trHeight w:val="539"/>
          <w:jc w:val="center"/>
        </w:trPr>
        <w:tc>
          <w:tcPr>
            <w:tcW w:w="3419" w:type="dxa"/>
            <w:tcBorders>
              <w:top w:val="single" w:sz="6" w:space="0" w:color="C9C9C9"/>
              <w:left w:val="single" w:sz="6" w:space="0" w:color="C9C9C9"/>
              <w:bottom w:val="single" w:sz="6" w:space="0" w:color="C9C9C9"/>
              <w:right w:val="single" w:sz="6" w:space="0" w:color="C9C9C9"/>
            </w:tcBorders>
            <w:shd w:val="clear" w:color="auto" w:fill="EAF3F8"/>
            <w:tcMar>
              <w:top w:w="110" w:type="dxa"/>
              <w:left w:w="120" w:type="dxa"/>
              <w:bottom w:w="110" w:type="dxa"/>
              <w:right w:w="120" w:type="dxa"/>
            </w:tcMar>
            <w:vAlign w:val="center"/>
          </w:tcPr>
          <w:p w14:paraId="2064BA25" w14:textId="77777777" w:rsidR="00143D56" w:rsidRDefault="00000000">
            <w:r>
              <w:rPr>
                <w:b/>
                <w:color w:val="1F4E79"/>
              </w:rPr>
              <w:t>当日参加予定者</w:t>
            </w:r>
          </w:p>
        </w:tc>
        <w:tc>
          <w:tcPr>
            <w:tcW w:w="3419" w:type="dxa"/>
            <w:tcBorders>
              <w:top w:val="single" w:sz="6" w:space="0" w:color="C9C9C9"/>
              <w:left w:val="single" w:sz="6" w:space="0" w:color="C9C9C9"/>
              <w:bottom w:val="single" w:sz="6" w:space="0" w:color="C9C9C9"/>
              <w:right w:val="single" w:sz="6" w:space="0" w:color="C9C9C9"/>
            </w:tcBorders>
            <w:tcMar>
              <w:top w:w="110" w:type="dxa"/>
              <w:left w:w="120" w:type="dxa"/>
              <w:bottom w:w="110" w:type="dxa"/>
              <w:right w:w="120" w:type="dxa"/>
            </w:tcMar>
            <w:vAlign w:val="center"/>
          </w:tcPr>
          <w:p w14:paraId="4B94D5A5" w14:textId="77777777" w:rsidR="00143D56" w:rsidRDefault="00143D56"/>
        </w:tc>
        <w:tc>
          <w:tcPr>
            <w:tcW w:w="3419" w:type="dxa"/>
            <w:tcBorders>
              <w:top w:val="single" w:sz="6" w:space="0" w:color="C9C9C9"/>
              <w:left w:val="single" w:sz="6" w:space="0" w:color="C9C9C9"/>
              <w:bottom w:val="single" w:sz="6" w:space="0" w:color="C9C9C9"/>
              <w:right w:val="single" w:sz="6" w:space="0" w:color="C9C9C9"/>
            </w:tcBorders>
            <w:shd w:val="clear" w:color="auto" w:fill="F7F7F7"/>
            <w:tcMar>
              <w:top w:w="110" w:type="dxa"/>
              <w:left w:w="120" w:type="dxa"/>
              <w:bottom w:w="110" w:type="dxa"/>
              <w:right w:w="120" w:type="dxa"/>
            </w:tcMar>
            <w:vAlign w:val="center"/>
          </w:tcPr>
          <w:p w14:paraId="733C9AE3" w14:textId="77777777" w:rsidR="00143D56" w:rsidRDefault="00000000">
            <w:pPr>
              <w:rPr>
                <w:lang w:eastAsia="ja-JP"/>
              </w:rPr>
            </w:pPr>
            <w:r>
              <w:rPr>
                <w:color w:val="595959"/>
                <w:sz w:val="16"/>
                <w:lang w:eastAsia="ja-JP"/>
              </w:rPr>
              <w:t>山田 太郎、佐藤 花子、計2名程度／未定でも可</w:t>
            </w:r>
          </w:p>
        </w:tc>
      </w:tr>
    </w:tbl>
    <w:p w14:paraId="3DEEC669" w14:textId="77777777" w:rsidR="00143D56" w:rsidRDefault="00143D56">
      <w:pPr>
        <w:spacing w:after="20"/>
        <w:rPr>
          <w:lang w:eastAsia="ja-JP"/>
        </w:rPr>
      </w:pPr>
    </w:p>
    <w:p w14:paraId="15BEE30D" w14:textId="77777777" w:rsidR="00143D56" w:rsidRDefault="00000000">
      <w:pPr>
        <w:pStyle w:val="1"/>
        <w:spacing w:before="160" w:after="60"/>
        <w:rPr>
          <w:lang w:eastAsia="ja-JP"/>
        </w:rPr>
      </w:pPr>
      <w:r>
        <w:rPr>
          <w:rFonts w:ascii="游ゴシック" w:eastAsia="游ゴシック" w:hAnsi="游ゴシック"/>
          <w:color w:val="1F4E79"/>
          <w:sz w:val="26"/>
          <w:lang w:eastAsia="ja-JP"/>
        </w:rPr>
        <w:t>3. 会社概要・技術概要</w:t>
      </w:r>
    </w:p>
    <w:p w14:paraId="778D5FCA" w14:textId="77777777" w:rsidR="00143D56" w:rsidRDefault="00000000">
      <w:pPr>
        <w:spacing w:before="40" w:after="40"/>
        <w:rPr>
          <w:lang w:eastAsia="ja-JP"/>
        </w:rPr>
      </w:pPr>
      <w:r>
        <w:rPr>
          <w:b/>
          <w:color w:val="1F4E79"/>
          <w:sz w:val="19"/>
          <w:lang w:eastAsia="ja-JP"/>
        </w:rPr>
        <w:t>3-1. 会社概要（200字程度）</w:t>
      </w:r>
    </w:p>
    <w:tbl>
      <w:tblPr>
        <w:tblW w:w="0" w:type="auto"/>
        <w:jc w:val="center"/>
        <w:tblLayout w:type="fixed"/>
        <w:tblLook w:val="04A0" w:firstRow="1" w:lastRow="0" w:firstColumn="1" w:lastColumn="0" w:noHBand="0" w:noVBand="1"/>
      </w:tblPr>
      <w:tblGrid>
        <w:gridCol w:w="9639"/>
      </w:tblGrid>
      <w:tr w:rsidR="00143D56" w14:paraId="3656B9AB" w14:textId="77777777">
        <w:trPr>
          <w:jc w:val="center"/>
        </w:trPr>
        <w:tc>
          <w:tcPr>
            <w:tcW w:w="9639" w:type="dxa"/>
            <w:tcBorders>
              <w:top w:val="single" w:sz="6" w:space="0" w:color="C9C9C9"/>
              <w:left w:val="single" w:sz="6" w:space="0" w:color="C9C9C9"/>
              <w:bottom w:val="single" w:sz="6" w:space="0" w:color="C9C9C9"/>
              <w:right w:val="single" w:sz="6" w:space="0" w:color="C9C9C9"/>
            </w:tcBorders>
            <w:tcMar>
              <w:top w:w="110" w:type="dxa"/>
              <w:left w:w="140" w:type="dxa"/>
              <w:bottom w:w="110" w:type="dxa"/>
              <w:right w:w="140" w:type="dxa"/>
            </w:tcMar>
          </w:tcPr>
          <w:p w14:paraId="45FB0818" w14:textId="77777777" w:rsidR="00143D56" w:rsidRDefault="00143D56">
            <w:pPr>
              <w:rPr>
                <w:lang w:eastAsia="ja-JP"/>
              </w:rPr>
            </w:pPr>
          </w:p>
        </w:tc>
      </w:tr>
      <w:tr w:rsidR="00143D56" w14:paraId="24DBC891" w14:textId="77777777">
        <w:trPr>
          <w:jc w:val="center"/>
        </w:trPr>
        <w:tc>
          <w:tcPr>
            <w:tcW w:w="9639" w:type="dxa"/>
            <w:tcBorders>
              <w:top w:val="single" w:sz="6" w:space="0" w:color="C9C9C9"/>
              <w:left w:val="single" w:sz="6" w:space="0" w:color="C9C9C9"/>
              <w:bottom w:val="single" w:sz="6" w:space="0" w:color="C9C9C9"/>
              <w:right w:val="single" w:sz="6" w:space="0" w:color="C9C9C9"/>
            </w:tcBorders>
            <w:shd w:val="clear" w:color="auto" w:fill="F7F7F7"/>
            <w:tcMar>
              <w:top w:w="110" w:type="dxa"/>
              <w:left w:w="140" w:type="dxa"/>
              <w:bottom w:w="110" w:type="dxa"/>
              <w:right w:w="140" w:type="dxa"/>
            </w:tcMar>
          </w:tcPr>
          <w:p w14:paraId="57F8EB52" w14:textId="77777777" w:rsidR="00143D56" w:rsidRDefault="00000000">
            <w:pPr>
              <w:rPr>
                <w:lang w:eastAsia="ja-JP"/>
              </w:rPr>
            </w:pPr>
            <w:r>
              <w:rPr>
                <w:color w:val="666666"/>
                <w:sz w:val="16"/>
                <w:lang w:eastAsia="ja-JP"/>
              </w:rPr>
              <w:t>記入例：当社は、半導体製造装置向けの精密加工部品を製造する企業です。金属加工、真空環境対応部品、装置周辺部品の製造を得意としており、国内装置メーカー向けに納入実績があります。</w:t>
            </w:r>
          </w:p>
        </w:tc>
      </w:tr>
    </w:tbl>
    <w:p w14:paraId="049F31CB" w14:textId="77777777" w:rsidR="00143D56" w:rsidRDefault="00143D56">
      <w:pPr>
        <w:spacing w:after="20"/>
        <w:rPr>
          <w:lang w:eastAsia="ja-JP"/>
        </w:rPr>
      </w:pPr>
    </w:p>
    <w:tbl>
      <w:tblPr>
        <w:tblStyle w:val="afe"/>
        <w:tblW w:w="0" w:type="auto"/>
        <w:jc w:val="center"/>
        <w:tblLayout w:type="fixed"/>
        <w:tblLook w:val="04A0" w:firstRow="1" w:lastRow="0" w:firstColumn="1" w:lastColumn="0" w:noHBand="0" w:noVBand="1"/>
      </w:tblPr>
      <w:tblGrid>
        <w:gridCol w:w="3419"/>
        <w:gridCol w:w="4195"/>
        <w:gridCol w:w="3419"/>
      </w:tblGrid>
      <w:tr w:rsidR="00143D56" w14:paraId="58EB9A89" w14:textId="77777777">
        <w:trPr>
          <w:jc w:val="center"/>
        </w:trPr>
        <w:tc>
          <w:tcPr>
            <w:tcW w:w="2268" w:type="dxa"/>
            <w:tcBorders>
              <w:top w:val="single" w:sz="6" w:space="0" w:color="8093A8"/>
              <w:left w:val="single" w:sz="6" w:space="0" w:color="8093A8"/>
              <w:bottom w:val="single" w:sz="6" w:space="0" w:color="8093A8"/>
              <w:right w:val="single" w:sz="6" w:space="0" w:color="8093A8"/>
            </w:tcBorders>
            <w:shd w:val="clear" w:color="auto" w:fill="1F4E79"/>
            <w:tcMar>
              <w:top w:w="95" w:type="dxa"/>
              <w:left w:w="120" w:type="dxa"/>
              <w:bottom w:w="95" w:type="dxa"/>
              <w:right w:w="120" w:type="dxa"/>
            </w:tcMar>
            <w:vAlign w:val="center"/>
          </w:tcPr>
          <w:p w14:paraId="12BCDF08" w14:textId="77777777" w:rsidR="00143D56" w:rsidRDefault="00000000">
            <w:pPr>
              <w:jc w:val="center"/>
            </w:pPr>
            <w:r>
              <w:rPr>
                <w:b/>
                <w:color w:val="FFFFFF"/>
              </w:rPr>
              <w:t>項目</w:t>
            </w:r>
          </w:p>
        </w:tc>
        <w:tc>
          <w:tcPr>
            <w:tcW w:w="4195" w:type="dxa"/>
            <w:tcBorders>
              <w:top w:val="single" w:sz="6" w:space="0" w:color="8093A8"/>
              <w:left w:val="single" w:sz="6" w:space="0" w:color="8093A8"/>
              <w:bottom w:val="single" w:sz="6" w:space="0" w:color="8093A8"/>
              <w:right w:val="single" w:sz="6" w:space="0" w:color="8093A8"/>
            </w:tcBorders>
            <w:shd w:val="clear" w:color="auto" w:fill="1F4E79"/>
            <w:tcMar>
              <w:top w:w="95" w:type="dxa"/>
              <w:left w:w="120" w:type="dxa"/>
              <w:bottom w:w="95" w:type="dxa"/>
              <w:right w:w="120" w:type="dxa"/>
            </w:tcMar>
            <w:vAlign w:val="center"/>
          </w:tcPr>
          <w:p w14:paraId="2A0FD7E5" w14:textId="77777777" w:rsidR="00143D56" w:rsidRDefault="00000000">
            <w:pPr>
              <w:jc w:val="center"/>
            </w:pPr>
            <w:r>
              <w:rPr>
                <w:b/>
                <w:color w:val="FFFFFF"/>
              </w:rPr>
              <w:t>記入欄</w:t>
            </w:r>
          </w:p>
        </w:tc>
        <w:tc>
          <w:tcPr>
            <w:tcW w:w="3175" w:type="dxa"/>
            <w:tcBorders>
              <w:top w:val="single" w:sz="6" w:space="0" w:color="8093A8"/>
              <w:left w:val="single" w:sz="6" w:space="0" w:color="8093A8"/>
              <w:bottom w:val="single" w:sz="6" w:space="0" w:color="8093A8"/>
              <w:right w:val="single" w:sz="6" w:space="0" w:color="8093A8"/>
            </w:tcBorders>
            <w:shd w:val="clear" w:color="auto" w:fill="1F4E79"/>
            <w:tcMar>
              <w:top w:w="95" w:type="dxa"/>
              <w:left w:w="120" w:type="dxa"/>
              <w:bottom w:w="95" w:type="dxa"/>
              <w:right w:w="120" w:type="dxa"/>
            </w:tcMar>
            <w:vAlign w:val="center"/>
          </w:tcPr>
          <w:p w14:paraId="787AFB4F" w14:textId="77777777" w:rsidR="00143D56" w:rsidRDefault="00000000">
            <w:pPr>
              <w:jc w:val="center"/>
            </w:pPr>
            <w:r>
              <w:rPr>
                <w:b/>
                <w:color w:val="FFFFFF"/>
              </w:rPr>
              <w:t>記入例・補足</w:t>
            </w:r>
          </w:p>
        </w:tc>
      </w:tr>
      <w:tr w:rsidR="00143D56" w14:paraId="2DEB78EE" w14:textId="77777777">
        <w:trPr>
          <w:trHeight w:val="539"/>
          <w:jc w:val="center"/>
        </w:trPr>
        <w:tc>
          <w:tcPr>
            <w:tcW w:w="3419" w:type="dxa"/>
            <w:tcBorders>
              <w:top w:val="single" w:sz="6" w:space="0" w:color="C9C9C9"/>
              <w:left w:val="single" w:sz="6" w:space="0" w:color="C9C9C9"/>
              <w:bottom w:val="single" w:sz="6" w:space="0" w:color="C9C9C9"/>
              <w:right w:val="single" w:sz="6" w:space="0" w:color="C9C9C9"/>
            </w:tcBorders>
            <w:shd w:val="clear" w:color="auto" w:fill="EAF3F8"/>
            <w:tcMar>
              <w:top w:w="110" w:type="dxa"/>
              <w:left w:w="120" w:type="dxa"/>
              <w:bottom w:w="110" w:type="dxa"/>
              <w:right w:w="120" w:type="dxa"/>
            </w:tcMar>
            <w:vAlign w:val="center"/>
          </w:tcPr>
          <w:p w14:paraId="1E69D7DB" w14:textId="77777777" w:rsidR="00143D56" w:rsidRDefault="00000000">
            <w:r>
              <w:rPr>
                <w:b/>
                <w:color w:val="1F4E79"/>
              </w:rPr>
              <w:t>主力製品・技術</w:t>
            </w:r>
          </w:p>
        </w:tc>
        <w:tc>
          <w:tcPr>
            <w:tcW w:w="3419" w:type="dxa"/>
            <w:tcBorders>
              <w:top w:val="single" w:sz="6" w:space="0" w:color="C9C9C9"/>
              <w:left w:val="single" w:sz="6" w:space="0" w:color="C9C9C9"/>
              <w:bottom w:val="single" w:sz="6" w:space="0" w:color="C9C9C9"/>
              <w:right w:val="single" w:sz="6" w:space="0" w:color="C9C9C9"/>
            </w:tcBorders>
            <w:tcMar>
              <w:top w:w="110" w:type="dxa"/>
              <w:left w:w="120" w:type="dxa"/>
              <w:bottom w:w="110" w:type="dxa"/>
              <w:right w:w="120" w:type="dxa"/>
            </w:tcMar>
            <w:vAlign w:val="center"/>
          </w:tcPr>
          <w:p w14:paraId="53128261" w14:textId="77777777" w:rsidR="00143D56" w:rsidRDefault="00143D56"/>
        </w:tc>
        <w:tc>
          <w:tcPr>
            <w:tcW w:w="3419" w:type="dxa"/>
            <w:tcBorders>
              <w:top w:val="single" w:sz="6" w:space="0" w:color="C9C9C9"/>
              <w:left w:val="single" w:sz="6" w:space="0" w:color="C9C9C9"/>
              <w:bottom w:val="single" w:sz="6" w:space="0" w:color="C9C9C9"/>
              <w:right w:val="single" w:sz="6" w:space="0" w:color="C9C9C9"/>
            </w:tcBorders>
            <w:shd w:val="clear" w:color="auto" w:fill="F7F7F7"/>
            <w:tcMar>
              <w:top w:w="110" w:type="dxa"/>
              <w:left w:w="120" w:type="dxa"/>
              <w:bottom w:w="110" w:type="dxa"/>
              <w:right w:w="120" w:type="dxa"/>
            </w:tcMar>
            <w:vAlign w:val="center"/>
          </w:tcPr>
          <w:p w14:paraId="570A5229" w14:textId="77777777" w:rsidR="00143D56" w:rsidRDefault="00000000">
            <w:pPr>
              <w:rPr>
                <w:lang w:eastAsia="ja-JP"/>
              </w:rPr>
            </w:pPr>
            <w:r>
              <w:rPr>
                <w:color w:val="595959"/>
                <w:sz w:val="16"/>
                <w:lang w:eastAsia="ja-JP"/>
              </w:rPr>
              <w:t>真空チャンバー部品、精密加工部品、セラミック部品</w:t>
            </w:r>
          </w:p>
        </w:tc>
      </w:tr>
      <w:tr w:rsidR="00143D56" w14:paraId="62324B26" w14:textId="77777777">
        <w:trPr>
          <w:trHeight w:val="539"/>
          <w:jc w:val="center"/>
        </w:trPr>
        <w:tc>
          <w:tcPr>
            <w:tcW w:w="3419" w:type="dxa"/>
            <w:tcBorders>
              <w:top w:val="single" w:sz="6" w:space="0" w:color="C9C9C9"/>
              <w:left w:val="single" w:sz="6" w:space="0" w:color="C9C9C9"/>
              <w:bottom w:val="single" w:sz="6" w:space="0" w:color="C9C9C9"/>
              <w:right w:val="single" w:sz="6" w:space="0" w:color="C9C9C9"/>
            </w:tcBorders>
            <w:shd w:val="clear" w:color="auto" w:fill="EAF3F8"/>
            <w:tcMar>
              <w:top w:w="110" w:type="dxa"/>
              <w:left w:w="120" w:type="dxa"/>
              <w:bottom w:w="110" w:type="dxa"/>
              <w:right w:w="120" w:type="dxa"/>
            </w:tcMar>
            <w:vAlign w:val="center"/>
          </w:tcPr>
          <w:p w14:paraId="5F23FE08" w14:textId="77777777" w:rsidR="00143D56" w:rsidRDefault="00000000">
            <w:r>
              <w:rPr>
                <w:b/>
                <w:color w:val="1F4E79"/>
              </w:rPr>
              <w:t>対象分野</w:t>
            </w:r>
          </w:p>
        </w:tc>
        <w:tc>
          <w:tcPr>
            <w:tcW w:w="3419" w:type="dxa"/>
            <w:tcBorders>
              <w:top w:val="single" w:sz="6" w:space="0" w:color="C9C9C9"/>
              <w:left w:val="single" w:sz="6" w:space="0" w:color="C9C9C9"/>
              <w:bottom w:val="single" w:sz="6" w:space="0" w:color="C9C9C9"/>
              <w:right w:val="single" w:sz="6" w:space="0" w:color="C9C9C9"/>
            </w:tcBorders>
            <w:tcMar>
              <w:top w:w="110" w:type="dxa"/>
              <w:left w:w="120" w:type="dxa"/>
              <w:bottom w:w="110" w:type="dxa"/>
              <w:right w:w="120" w:type="dxa"/>
            </w:tcMar>
            <w:vAlign w:val="center"/>
          </w:tcPr>
          <w:p w14:paraId="62486C05" w14:textId="77777777" w:rsidR="00143D56" w:rsidRDefault="00143D56"/>
        </w:tc>
        <w:tc>
          <w:tcPr>
            <w:tcW w:w="3419" w:type="dxa"/>
            <w:tcBorders>
              <w:top w:val="single" w:sz="6" w:space="0" w:color="C9C9C9"/>
              <w:left w:val="single" w:sz="6" w:space="0" w:color="C9C9C9"/>
              <w:bottom w:val="single" w:sz="6" w:space="0" w:color="C9C9C9"/>
              <w:right w:val="single" w:sz="6" w:space="0" w:color="C9C9C9"/>
            </w:tcBorders>
            <w:shd w:val="clear" w:color="auto" w:fill="F7F7F7"/>
            <w:tcMar>
              <w:top w:w="110" w:type="dxa"/>
              <w:left w:w="120" w:type="dxa"/>
              <w:bottom w:w="110" w:type="dxa"/>
              <w:right w:w="120" w:type="dxa"/>
            </w:tcMar>
            <w:vAlign w:val="center"/>
          </w:tcPr>
          <w:p w14:paraId="7D642CD1" w14:textId="77777777" w:rsidR="00143D56" w:rsidRDefault="00000000">
            <w:pPr>
              <w:rPr>
                <w:lang w:eastAsia="ja-JP"/>
              </w:rPr>
            </w:pPr>
            <w:r>
              <w:rPr>
                <w:color w:val="595959"/>
                <w:sz w:val="16"/>
                <w:lang w:eastAsia="ja-JP"/>
              </w:rPr>
              <w:t>半導体製造装置、検査装置、クリーンルーム設備等</w:t>
            </w:r>
          </w:p>
        </w:tc>
      </w:tr>
      <w:tr w:rsidR="00143D56" w14:paraId="6A89982A" w14:textId="77777777">
        <w:trPr>
          <w:trHeight w:val="595"/>
          <w:jc w:val="center"/>
        </w:trPr>
        <w:tc>
          <w:tcPr>
            <w:tcW w:w="3419" w:type="dxa"/>
            <w:tcBorders>
              <w:top w:val="single" w:sz="6" w:space="0" w:color="C9C9C9"/>
              <w:left w:val="single" w:sz="6" w:space="0" w:color="C9C9C9"/>
              <w:bottom w:val="single" w:sz="6" w:space="0" w:color="C9C9C9"/>
              <w:right w:val="single" w:sz="6" w:space="0" w:color="C9C9C9"/>
            </w:tcBorders>
            <w:shd w:val="clear" w:color="auto" w:fill="EAF3F8"/>
            <w:tcMar>
              <w:top w:w="110" w:type="dxa"/>
              <w:left w:w="120" w:type="dxa"/>
              <w:bottom w:w="110" w:type="dxa"/>
              <w:right w:w="120" w:type="dxa"/>
            </w:tcMar>
            <w:vAlign w:val="center"/>
          </w:tcPr>
          <w:p w14:paraId="198D76DC" w14:textId="77777777" w:rsidR="00143D56" w:rsidRDefault="00000000">
            <w:r>
              <w:rPr>
                <w:b/>
                <w:color w:val="1F4E79"/>
              </w:rPr>
              <w:t>自社の強み</w:t>
            </w:r>
          </w:p>
        </w:tc>
        <w:tc>
          <w:tcPr>
            <w:tcW w:w="3419" w:type="dxa"/>
            <w:tcBorders>
              <w:top w:val="single" w:sz="6" w:space="0" w:color="C9C9C9"/>
              <w:left w:val="single" w:sz="6" w:space="0" w:color="C9C9C9"/>
              <w:bottom w:val="single" w:sz="6" w:space="0" w:color="C9C9C9"/>
              <w:right w:val="single" w:sz="6" w:space="0" w:color="C9C9C9"/>
            </w:tcBorders>
            <w:tcMar>
              <w:top w:w="110" w:type="dxa"/>
              <w:left w:w="120" w:type="dxa"/>
              <w:bottom w:w="110" w:type="dxa"/>
              <w:right w:w="120" w:type="dxa"/>
            </w:tcMar>
            <w:vAlign w:val="center"/>
          </w:tcPr>
          <w:p w14:paraId="4101652C" w14:textId="77777777" w:rsidR="00143D56" w:rsidRDefault="00143D56"/>
        </w:tc>
        <w:tc>
          <w:tcPr>
            <w:tcW w:w="3419" w:type="dxa"/>
            <w:tcBorders>
              <w:top w:val="single" w:sz="6" w:space="0" w:color="C9C9C9"/>
              <w:left w:val="single" w:sz="6" w:space="0" w:color="C9C9C9"/>
              <w:bottom w:val="single" w:sz="6" w:space="0" w:color="C9C9C9"/>
              <w:right w:val="single" w:sz="6" w:space="0" w:color="C9C9C9"/>
            </w:tcBorders>
            <w:shd w:val="clear" w:color="auto" w:fill="F7F7F7"/>
            <w:tcMar>
              <w:top w:w="110" w:type="dxa"/>
              <w:left w:w="120" w:type="dxa"/>
              <w:bottom w:w="110" w:type="dxa"/>
              <w:right w:w="120" w:type="dxa"/>
            </w:tcMar>
            <w:vAlign w:val="center"/>
          </w:tcPr>
          <w:p w14:paraId="4856586A" w14:textId="77777777" w:rsidR="00143D56" w:rsidRDefault="00000000">
            <w:pPr>
              <w:rPr>
                <w:lang w:eastAsia="ja-JP"/>
              </w:rPr>
            </w:pPr>
            <w:r>
              <w:rPr>
                <w:color w:val="595959"/>
                <w:sz w:val="16"/>
                <w:lang w:eastAsia="ja-JP"/>
              </w:rPr>
              <w:t>高精度加工、短納期対応、小ロット対応、特殊材料加工等</w:t>
            </w:r>
          </w:p>
        </w:tc>
      </w:tr>
    </w:tbl>
    <w:p w14:paraId="4B99056E" w14:textId="77777777" w:rsidR="00143D56" w:rsidRDefault="00143D56">
      <w:pPr>
        <w:spacing w:after="20"/>
        <w:rPr>
          <w:lang w:eastAsia="ja-JP"/>
        </w:rPr>
      </w:pPr>
    </w:p>
    <w:p w14:paraId="146FC5F3" w14:textId="77777777" w:rsidR="00143D56" w:rsidRDefault="00000000">
      <w:pPr>
        <w:pStyle w:val="1"/>
        <w:spacing w:before="160" w:after="60"/>
        <w:rPr>
          <w:lang w:eastAsia="ja-JP"/>
        </w:rPr>
      </w:pPr>
      <w:r>
        <w:rPr>
          <w:rFonts w:ascii="游ゴシック" w:eastAsia="游ゴシック" w:hAnsi="游ゴシック"/>
          <w:color w:val="1F4E79"/>
          <w:sz w:val="26"/>
          <w:lang w:eastAsia="ja-JP"/>
        </w:rPr>
        <w:t>4. 出展を希望する製品・技術</w:t>
      </w:r>
    </w:p>
    <w:tbl>
      <w:tblPr>
        <w:tblStyle w:val="afe"/>
        <w:tblW w:w="0" w:type="auto"/>
        <w:jc w:val="center"/>
        <w:tblLayout w:type="fixed"/>
        <w:tblLook w:val="04A0" w:firstRow="1" w:lastRow="0" w:firstColumn="1" w:lastColumn="0" w:noHBand="0" w:noVBand="1"/>
      </w:tblPr>
      <w:tblGrid>
        <w:gridCol w:w="3419"/>
        <w:gridCol w:w="4195"/>
        <w:gridCol w:w="3419"/>
      </w:tblGrid>
      <w:tr w:rsidR="00143D56" w14:paraId="105925FC" w14:textId="77777777">
        <w:trPr>
          <w:jc w:val="center"/>
        </w:trPr>
        <w:tc>
          <w:tcPr>
            <w:tcW w:w="2268" w:type="dxa"/>
            <w:tcBorders>
              <w:top w:val="single" w:sz="6" w:space="0" w:color="8093A8"/>
              <w:left w:val="single" w:sz="6" w:space="0" w:color="8093A8"/>
              <w:bottom w:val="single" w:sz="6" w:space="0" w:color="8093A8"/>
              <w:right w:val="single" w:sz="6" w:space="0" w:color="8093A8"/>
            </w:tcBorders>
            <w:shd w:val="clear" w:color="auto" w:fill="1F4E79"/>
            <w:tcMar>
              <w:top w:w="95" w:type="dxa"/>
              <w:left w:w="120" w:type="dxa"/>
              <w:bottom w:w="95" w:type="dxa"/>
              <w:right w:w="120" w:type="dxa"/>
            </w:tcMar>
            <w:vAlign w:val="center"/>
          </w:tcPr>
          <w:p w14:paraId="1249874F" w14:textId="77777777" w:rsidR="00143D56" w:rsidRDefault="00000000">
            <w:pPr>
              <w:jc w:val="center"/>
            </w:pPr>
            <w:r>
              <w:rPr>
                <w:b/>
                <w:color w:val="FFFFFF"/>
              </w:rPr>
              <w:t>項目</w:t>
            </w:r>
          </w:p>
        </w:tc>
        <w:tc>
          <w:tcPr>
            <w:tcW w:w="4195" w:type="dxa"/>
            <w:tcBorders>
              <w:top w:val="single" w:sz="6" w:space="0" w:color="8093A8"/>
              <w:left w:val="single" w:sz="6" w:space="0" w:color="8093A8"/>
              <w:bottom w:val="single" w:sz="6" w:space="0" w:color="8093A8"/>
              <w:right w:val="single" w:sz="6" w:space="0" w:color="8093A8"/>
            </w:tcBorders>
            <w:shd w:val="clear" w:color="auto" w:fill="1F4E79"/>
            <w:tcMar>
              <w:top w:w="95" w:type="dxa"/>
              <w:left w:w="120" w:type="dxa"/>
              <w:bottom w:w="95" w:type="dxa"/>
              <w:right w:w="120" w:type="dxa"/>
            </w:tcMar>
            <w:vAlign w:val="center"/>
          </w:tcPr>
          <w:p w14:paraId="0ED00073" w14:textId="77777777" w:rsidR="00143D56" w:rsidRDefault="00000000">
            <w:pPr>
              <w:jc w:val="center"/>
            </w:pPr>
            <w:r>
              <w:rPr>
                <w:b/>
                <w:color w:val="FFFFFF"/>
              </w:rPr>
              <w:t>記入欄</w:t>
            </w:r>
          </w:p>
        </w:tc>
        <w:tc>
          <w:tcPr>
            <w:tcW w:w="3175" w:type="dxa"/>
            <w:tcBorders>
              <w:top w:val="single" w:sz="6" w:space="0" w:color="8093A8"/>
              <w:left w:val="single" w:sz="6" w:space="0" w:color="8093A8"/>
              <w:bottom w:val="single" w:sz="6" w:space="0" w:color="8093A8"/>
              <w:right w:val="single" w:sz="6" w:space="0" w:color="8093A8"/>
            </w:tcBorders>
            <w:shd w:val="clear" w:color="auto" w:fill="1F4E79"/>
            <w:tcMar>
              <w:top w:w="95" w:type="dxa"/>
              <w:left w:w="120" w:type="dxa"/>
              <w:bottom w:w="95" w:type="dxa"/>
              <w:right w:w="120" w:type="dxa"/>
            </w:tcMar>
            <w:vAlign w:val="center"/>
          </w:tcPr>
          <w:p w14:paraId="5701EBAC" w14:textId="77777777" w:rsidR="00143D56" w:rsidRDefault="00000000">
            <w:pPr>
              <w:jc w:val="center"/>
            </w:pPr>
            <w:r>
              <w:rPr>
                <w:b/>
                <w:color w:val="FFFFFF"/>
              </w:rPr>
              <w:t>記入例・補足</w:t>
            </w:r>
          </w:p>
        </w:tc>
      </w:tr>
      <w:tr w:rsidR="00143D56" w14:paraId="43BD20A2" w14:textId="77777777">
        <w:trPr>
          <w:trHeight w:val="482"/>
          <w:jc w:val="center"/>
        </w:trPr>
        <w:tc>
          <w:tcPr>
            <w:tcW w:w="3419" w:type="dxa"/>
            <w:tcBorders>
              <w:top w:val="single" w:sz="6" w:space="0" w:color="C9C9C9"/>
              <w:left w:val="single" w:sz="6" w:space="0" w:color="C9C9C9"/>
              <w:bottom w:val="single" w:sz="6" w:space="0" w:color="C9C9C9"/>
              <w:right w:val="single" w:sz="6" w:space="0" w:color="C9C9C9"/>
            </w:tcBorders>
            <w:shd w:val="clear" w:color="auto" w:fill="EAF3F8"/>
            <w:tcMar>
              <w:top w:w="110" w:type="dxa"/>
              <w:left w:w="120" w:type="dxa"/>
              <w:bottom w:w="110" w:type="dxa"/>
              <w:right w:w="120" w:type="dxa"/>
            </w:tcMar>
            <w:vAlign w:val="center"/>
          </w:tcPr>
          <w:p w14:paraId="4F30B292" w14:textId="77777777" w:rsidR="00143D56" w:rsidRDefault="00000000">
            <w:pPr>
              <w:rPr>
                <w:lang w:eastAsia="ja-JP"/>
              </w:rPr>
            </w:pPr>
            <w:r>
              <w:rPr>
                <w:b/>
                <w:color w:val="1F4E79"/>
                <w:lang w:eastAsia="ja-JP"/>
              </w:rPr>
              <w:lastRenderedPageBreak/>
              <w:t>出展予定製品・技術名</w:t>
            </w:r>
          </w:p>
        </w:tc>
        <w:tc>
          <w:tcPr>
            <w:tcW w:w="3419" w:type="dxa"/>
            <w:tcBorders>
              <w:top w:val="single" w:sz="6" w:space="0" w:color="C9C9C9"/>
              <w:left w:val="single" w:sz="6" w:space="0" w:color="C9C9C9"/>
              <w:bottom w:val="single" w:sz="6" w:space="0" w:color="C9C9C9"/>
              <w:right w:val="single" w:sz="6" w:space="0" w:color="C9C9C9"/>
            </w:tcBorders>
            <w:tcMar>
              <w:top w:w="110" w:type="dxa"/>
              <w:left w:w="120" w:type="dxa"/>
              <w:bottom w:w="110" w:type="dxa"/>
              <w:right w:w="120" w:type="dxa"/>
            </w:tcMar>
            <w:vAlign w:val="center"/>
          </w:tcPr>
          <w:p w14:paraId="1299C43A" w14:textId="77777777" w:rsidR="00143D56" w:rsidRDefault="00143D56">
            <w:pPr>
              <w:rPr>
                <w:lang w:eastAsia="ja-JP"/>
              </w:rPr>
            </w:pPr>
          </w:p>
        </w:tc>
        <w:tc>
          <w:tcPr>
            <w:tcW w:w="3419" w:type="dxa"/>
            <w:tcBorders>
              <w:top w:val="single" w:sz="6" w:space="0" w:color="C9C9C9"/>
              <w:left w:val="single" w:sz="6" w:space="0" w:color="C9C9C9"/>
              <w:bottom w:val="single" w:sz="6" w:space="0" w:color="C9C9C9"/>
              <w:right w:val="single" w:sz="6" w:space="0" w:color="C9C9C9"/>
            </w:tcBorders>
            <w:shd w:val="clear" w:color="auto" w:fill="F7F7F7"/>
            <w:tcMar>
              <w:top w:w="110" w:type="dxa"/>
              <w:left w:w="120" w:type="dxa"/>
              <w:bottom w:w="110" w:type="dxa"/>
              <w:right w:w="120" w:type="dxa"/>
            </w:tcMar>
            <w:vAlign w:val="center"/>
          </w:tcPr>
          <w:p w14:paraId="77BF919A" w14:textId="77777777" w:rsidR="00143D56" w:rsidRDefault="00000000">
            <w:pPr>
              <w:rPr>
                <w:lang w:eastAsia="ja-JP"/>
              </w:rPr>
            </w:pPr>
            <w:r>
              <w:rPr>
                <w:color w:val="595959"/>
                <w:sz w:val="16"/>
                <w:lang w:eastAsia="ja-JP"/>
              </w:rPr>
              <w:t>真空チャンバー用精密加工部品</w:t>
            </w:r>
          </w:p>
        </w:tc>
      </w:tr>
      <w:tr w:rsidR="00143D56" w14:paraId="28988094" w14:textId="77777777">
        <w:trPr>
          <w:trHeight w:val="482"/>
          <w:jc w:val="center"/>
        </w:trPr>
        <w:tc>
          <w:tcPr>
            <w:tcW w:w="3419" w:type="dxa"/>
            <w:tcBorders>
              <w:top w:val="single" w:sz="6" w:space="0" w:color="C9C9C9"/>
              <w:left w:val="single" w:sz="6" w:space="0" w:color="C9C9C9"/>
              <w:bottom w:val="single" w:sz="6" w:space="0" w:color="C9C9C9"/>
              <w:right w:val="single" w:sz="6" w:space="0" w:color="C9C9C9"/>
            </w:tcBorders>
            <w:shd w:val="clear" w:color="auto" w:fill="EAF3F8"/>
            <w:tcMar>
              <w:top w:w="110" w:type="dxa"/>
              <w:left w:w="120" w:type="dxa"/>
              <w:bottom w:w="110" w:type="dxa"/>
              <w:right w:w="120" w:type="dxa"/>
            </w:tcMar>
            <w:vAlign w:val="center"/>
          </w:tcPr>
          <w:p w14:paraId="4C3B16AF" w14:textId="77777777" w:rsidR="00143D56" w:rsidRDefault="00000000">
            <w:r>
              <w:rPr>
                <w:b/>
                <w:color w:val="1F4E79"/>
              </w:rPr>
              <w:t>製品・技術の用途</w:t>
            </w:r>
          </w:p>
        </w:tc>
        <w:tc>
          <w:tcPr>
            <w:tcW w:w="3419" w:type="dxa"/>
            <w:tcBorders>
              <w:top w:val="single" w:sz="6" w:space="0" w:color="C9C9C9"/>
              <w:left w:val="single" w:sz="6" w:space="0" w:color="C9C9C9"/>
              <w:bottom w:val="single" w:sz="6" w:space="0" w:color="C9C9C9"/>
              <w:right w:val="single" w:sz="6" w:space="0" w:color="C9C9C9"/>
            </w:tcBorders>
            <w:tcMar>
              <w:top w:w="110" w:type="dxa"/>
              <w:left w:w="120" w:type="dxa"/>
              <w:bottom w:w="110" w:type="dxa"/>
              <w:right w:w="120" w:type="dxa"/>
            </w:tcMar>
            <w:vAlign w:val="center"/>
          </w:tcPr>
          <w:p w14:paraId="4DDBEF00" w14:textId="77777777" w:rsidR="00143D56" w:rsidRDefault="00143D56"/>
        </w:tc>
        <w:tc>
          <w:tcPr>
            <w:tcW w:w="3419" w:type="dxa"/>
            <w:tcBorders>
              <w:top w:val="single" w:sz="6" w:space="0" w:color="C9C9C9"/>
              <w:left w:val="single" w:sz="6" w:space="0" w:color="C9C9C9"/>
              <w:bottom w:val="single" w:sz="6" w:space="0" w:color="C9C9C9"/>
              <w:right w:val="single" w:sz="6" w:space="0" w:color="C9C9C9"/>
            </w:tcBorders>
            <w:shd w:val="clear" w:color="auto" w:fill="F7F7F7"/>
            <w:tcMar>
              <w:top w:w="110" w:type="dxa"/>
              <w:left w:w="120" w:type="dxa"/>
              <w:bottom w:w="110" w:type="dxa"/>
              <w:right w:w="120" w:type="dxa"/>
            </w:tcMar>
            <w:vAlign w:val="center"/>
          </w:tcPr>
          <w:p w14:paraId="56084107" w14:textId="77777777" w:rsidR="00143D56" w:rsidRDefault="00000000">
            <w:r>
              <w:rPr>
                <w:color w:val="595959"/>
                <w:sz w:val="16"/>
              </w:rPr>
              <w:t>半導体製造装置向け</w:t>
            </w:r>
          </w:p>
        </w:tc>
      </w:tr>
      <w:tr w:rsidR="00143D56" w14:paraId="6017217E" w14:textId="77777777">
        <w:trPr>
          <w:trHeight w:val="595"/>
          <w:jc w:val="center"/>
        </w:trPr>
        <w:tc>
          <w:tcPr>
            <w:tcW w:w="3419" w:type="dxa"/>
            <w:tcBorders>
              <w:top w:val="single" w:sz="6" w:space="0" w:color="C9C9C9"/>
              <w:left w:val="single" w:sz="6" w:space="0" w:color="C9C9C9"/>
              <w:bottom w:val="single" w:sz="6" w:space="0" w:color="C9C9C9"/>
              <w:right w:val="single" w:sz="6" w:space="0" w:color="C9C9C9"/>
            </w:tcBorders>
            <w:shd w:val="clear" w:color="auto" w:fill="EAF3F8"/>
            <w:tcMar>
              <w:top w:w="110" w:type="dxa"/>
              <w:left w:w="120" w:type="dxa"/>
              <w:bottom w:w="110" w:type="dxa"/>
              <w:right w:w="120" w:type="dxa"/>
            </w:tcMar>
            <w:vAlign w:val="center"/>
          </w:tcPr>
          <w:p w14:paraId="4F30842A" w14:textId="77777777" w:rsidR="00143D56" w:rsidRDefault="00000000">
            <w:r>
              <w:rPr>
                <w:b/>
                <w:color w:val="1F4E79"/>
              </w:rPr>
              <w:t>特徴・優位性</w:t>
            </w:r>
          </w:p>
        </w:tc>
        <w:tc>
          <w:tcPr>
            <w:tcW w:w="3419" w:type="dxa"/>
            <w:tcBorders>
              <w:top w:val="single" w:sz="6" w:space="0" w:color="C9C9C9"/>
              <w:left w:val="single" w:sz="6" w:space="0" w:color="C9C9C9"/>
              <w:bottom w:val="single" w:sz="6" w:space="0" w:color="C9C9C9"/>
              <w:right w:val="single" w:sz="6" w:space="0" w:color="C9C9C9"/>
            </w:tcBorders>
            <w:tcMar>
              <w:top w:w="110" w:type="dxa"/>
              <w:left w:w="120" w:type="dxa"/>
              <w:bottom w:w="110" w:type="dxa"/>
              <w:right w:w="120" w:type="dxa"/>
            </w:tcMar>
            <w:vAlign w:val="center"/>
          </w:tcPr>
          <w:p w14:paraId="3461D779" w14:textId="77777777" w:rsidR="00143D56" w:rsidRDefault="00143D56"/>
        </w:tc>
        <w:tc>
          <w:tcPr>
            <w:tcW w:w="3419" w:type="dxa"/>
            <w:tcBorders>
              <w:top w:val="single" w:sz="6" w:space="0" w:color="C9C9C9"/>
              <w:left w:val="single" w:sz="6" w:space="0" w:color="C9C9C9"/>
              <w:bottom w:val="single" w:sz="6" w:space="0" w:color="C9C9C9"/>
              <w:right w:val="single" w:sz="6" w:space="0" w:color="C9C9C9"/>
            </w:tcBorders>
            <w:shd w:val="clear" w:color="auto" w:fill="F7F7F7"/>
            <w:tcMar>
              <w:top w:w="110" w:type="dxa"/>
              <w:left w:w="120" w:type="dxa"/>
              <w:bottom w:w="110" w:type="dxa"/>
              <w:right w:w="120" w:type="dxa"/>
            </w:tcMar>
            <w:vAlign w:val="center"/>
          </w:tcPr>
          <w:p w14:paraId="7BE67DBA" w14:textId="77777777" w:rsidR="00143D56" w:rsidRDefault="00000000">
            <w:r>
              <w:rPr>
                <w:color w:val="595959"/>
                <w:sz w:val="16"/>
              </w:rPr>
              <w:t>高耐久、高精度、短納期対応、従来比20％長寿命等</w:t>
            </w:r>
          </w:p>
        </w:tc>
      </w:tr>
      <w:tr w:rsidR="00143D56" w14:paraId="5FBB874E" w14:textId="77777777">
        <w:trPr>
          <w:trHeight w:val="595"/>
          <w:jc w:val="center"/>
        </w:trPr>
        <w:tc>
          <w:tcPr>
            <w:tcW w:w="3419" w:type="dxa"/>
            <w:tcBorders>
              <w:top w:val="single" w:sz="6" w:space="0" w:color="C9C9C9"/>
              <w:left w:val="single" w:sz="6" w:space="0" w:color="C9C9C9"/>
              <w:bottom w:val="single" w:sz="6" w:space="0" w:color="C9C9C9"/>
              <w:right w:val="single" w:sz="6" w:space="0" w:color="C9C9C9"/>
            </w:tcBorders>
            <w:shd w:val="clear" w:color="auto" w:fill="EAF3F8"/>
            <w:tcMar>
              <w:top w:w="110" w:type="dxa"/>
              <w:left w:w="120" w:type="dxa"/>
              <w:bottom w:w="110" w:type="dxa"/>
              <w:right w:w="120" w:type="dxa"/>
            </w:tcMar>
            <w:vAlign w:val="center"/>
          </w:tcPr>
          <w:p w14:paraId="0461A3AA" w14:textId="77777777" w:rsidR="00143D56" w:rsidRDefault="00000000">
            <w:pPr>
              <w:rPr>
                <w:lang w:eastAsia="ja-JP"/>
              </w:rPr>
            </w:pPr>
            <w:r>
              <w:rPr>
                <w:b/>
                <w:color w:val="1F4E79"/>
                <w:lang w:eastAsia="ja-JP"/>
              </w:rPr>
              <w:t>韓国企業にPRしたい点</w:t>
            </w:r>
          </w:p>
        </w:tc>
        <w:tc>
          <w:tcPr>
            <w:tcW w:w="3419" w:type="dxa"/>
            <w:tcBorders>
              <w:top w:val="single" w:sz="6" w:space="0" w:color="C9C9C9"/>
              <w:left w:val="single" w:sz="6" w:space="0" w:color="C9C9C9"/>
              <w:bottom w:val="single" w:sz="6" w:space="0" w:color="C9C9C9"/>
              <w:right w:val="single" w:sz="6" w:space="0" w:color="C9C9C9"/>
            </w:tcBorders>
            <w:tcMar>
              <w:top w:w="110" w:type="dxa"/>
              <w:left w:w="120" w:type="dxa"/>
              <w:bottom w:w="110" w:type="dxa"/>
              <w:right w:w="120" w:type="dxa"/>
            </w:tcMar>
            <w:vAlign w:val="center"/>
          </w:tcPr>
          <w:p w14:paraId="3CF2D8B6" w14:textId="77777777" w:rsidR="00143D56" w:rsidRDefault="00143D56">
            <w:pPr>
              <w:rPr>
                <w:lang w:eastAsia="ja-JP"/>
              </w:rPr>
            </w:pPr>
          </w:p>
        </w:tc>
        <w:tc>
          <w:tcPr>
            <w:tcW w:w="3419" w:type="dxa"/>
            <w:tcBorders>
              <w:top w:val="single" w:sz="6" w:space="0" w:color="C9C9C9"/>
              <w:left w:val="single" w:sz="6" w:space="0" w:color="C9C9C9"/>
              <w:bottom w:val="single" w:sz="6" w:space="0" w:color="C9C9C9"/>
              <w:right w:val="single" w:sz="6" w:space="0" w:color="C9C9C9"/>
            </w:tcBorders>
            <w:shd w:val="clear" w:color="auto" w:fill="F7F7F7"/>
            <w:tcMar>
              <w:top w:w="110" w:type="dxa"/>
              <w:left w:w="120" w:type="dxa"/>
              <w:bottom w:w="110" w:type="dxa"/>
              <w:right w:w="120" w:type="dxa"/>
            </w:tcMar>
            <w:vAlign w:val="center"/>
          </w:tcPr>
          <w:p w14:paraId="18354685" w14:textId="77777777" w:rsidR="00143D56" w:rsidRDefault="00000000">
            <w:pPr>
              <w:rPr>
                <w:lang w:eastAsia="ja-JP"/>
              </w:rPr>
            </w:pPr>
            <w:r>
              <w:rPr>
                <w:color w:val="595959"/>
                <w:sz w:val="16"/>
                <w:lang w:eastAsia="ja-JP"/>
              </w:rPr>
              <w:t>装置メーカー向け実績、特殊材料加工、品質管理体制等</w:t>
            </w:r>
          </w:p>
        </w:tc>
      </w:tr>
    </w:tbl>
    <w:p w14:paraId="0FB78278" w14:textId="77777777" w:rsidR="00143D56" w:rsidRDefault="00143D56">
      <w:pPr>
        <w:spacing w:after="20"/>
        <w:rPr>
          <w:lang w:eastAsia="ja-JP"/>
        </w:rPr>
      </w:pPr>
    </w:p>
    <w:tbl>
      <w:tblPr>
        <w:tblW w:w="0" w:type="auto"/>
        <w:jc w:val="center"/>
        <w:tblLayout w:type="fixed"/>
        <w:tblLook w:val="04A0" w:firstRow="1" w:lastRow="0" w:firstColumn="1" w:lastColumn="0" w:noHBand="0" w:noVBand="1"/>
      </w:tblPr>
      <w:tblGrid>
        <w:gridCol w:w="9639"/>
      </w:tblGrid>
      <w:tr w:rsidR="00143D56" w14:paraId="22CC6D4F" w14:textId="77777777">
        <w:trPr>
          <w:jc w:val="center"/>
        </w:trPr>
        <w:tc>
          <w:tcPr>
            <w:tcW w:w="9639" w:type="dxa"/>
            <w:tcBorders>
              <w:top w:val="single" w:sz="6" w:space="0" w:color="B8D4E6"/>
              <w:left w:val="single" w:sz="6" w:space="0" w:color="B8D4E6"/>
              <w:bottom w:val="single" w:sz="6" w:space="0" w:color="B8D4E6"/>
              <w:right w:val="single" w:sz="6" w:space="0" w:color="B8D4E6"/>
            </w:tcBorders>
            <w:shd w:val="clear" w:color="auto" w:fill="DDEBF7"/>
            <w:tcMar>
              <w:top w:w="130" w:type="dxa"/>
              <w:left w:w="160" w:type="dxa"/>
              <w:bottom w:w="130" w:type="dxa"/>
              <w:right w:w="160" w:type="dxa"/>
            </w:tcMar>
            <w:vAlign w:val="center"/>
          </w:tcPr>
          <w:p w14:paraId="1CA7CA8E" w14:textId="77777777" w:rsidR="00143D56" w:rsidRDefault="00000000">
            <w:pPr>
              <w:spacing w:after="0"/>
              <w:rPr>
                <w:lang w:eastAsia="ja-JP"/>
              </w:rPr>
            </w:pPr>
            <w:r>
              <w:rPr>
                <w:color w:val="1F4E79"/>
                <w:lang w:eastAsia="ja-JP"/>
              </w:rPr>
              <w:t>この段階では詳細な寸法・重量・電源条件の記入は不要です。「どのような技術・製品を紹介したいか」「韓国企業に何を伝えたいか」が分かる範囲でご記入ください。</w:t>
            </w:r>
          </w:p>
        </w:tc>
      </w:tr>
    </w:tbl>
    <w:p w14:paraId="1FC39945" w14:textId="77777777" w:rsidR="00143D56" w:rsidRDefault="00143D56">
      <w:pPr>
        <w:spacing w:after="20"/>
        <w:rPr>
          <w:lang w:eastAsia="ja-JP"/>
        </w:rPr>
      </w:pPr>
    </w:p>
    <w:p w14:paraId="640DDB2F" w14:textId="77777777" w:rsidR="00143D56" w:rsidRDefault="00000000">
      <w:pPr>
        <w:pStyle w:val="1"/>
        <w:spacing w:before="160" w:after="60"/>
        <w:rPr>
          <w:lang w:eastAsia="ja-JP"/>
        </w:rPr>
      </w:pPr>
      <w:r>
        <w:rPr>
          <w:rFonts w:ascii="游ゴシック" w:eastAsia="游ゴシック" w:hAnsi="游ゴシック"/>
          <w:color w:val="1F4E79"/>
          <w:sz w:val="26"/>
          <w:lang w:eastAsia="ja-JP"/>
        </w:rPr>
        <w:t>5. 韓国市場への展開目的</w:t>
      </w:r>
    </w:p>
    <w:p w14:paraId="79016004" w14:textId="77777777" w:rsidR="00143D56" w:rsidRDefault="00000000">
      <w:pPr>
        <w:spacing w:before="20" w:after="40"/>
        <w:rPr>
          <w:lang w:eastAsia="ja-JP"/>
        </w:rPr>
      </w:pPr>
      <w:r>
        <w:rPr>
          <w:b/>
          <w:color w:val="1F4E79"/>
          <w:sz w:val="19"/>
          <w:lang w:eastAsia="ja-JP"/>
        </w:rPr>
        <w:t>該当するものにチェックしてください（複数選択可）。</w:t>
      </w:r>
    </w:p>
    <w:tbl>
      <w:tblPr>
        <w:tblW w:w="0" w:type="auto"/>
        <w:jc w:val="center"/>
        <w:tblLayout w:type="fixed"/>
        <w:tblLook w:val="04A0" w:firstRow="1" w:lastRow="0" w:firstColumn="1" w:lastColumn="0" w:noHBand="0" w:noVBand="1"/>
      </w:tblPr>
      <w:tblGrid>
        <w:gridCol w:w="4819"/>
        <w:gridCol w:w="4819"/>
      </w:tblGrid>
      <w:tr w:rsidR="00143D56" w14:paraId="3B0964A1" w14:textId="77777777">
        <w:trPr>
          <w:jc w:val="center"/>
        </w:trPr>
        <w:tc>
          <w:tcPr>
            <w:tcW w:w="4819" w:type="dxa"/>
            <w:tcBorders>
              <w:top w:val="single" w:sz="6" w:space="0" w:color="D9D9D9"/>
              <w:left w:val="single" w:sz="6" w:space="0" w:color="D9D9D9"/>
              <w:bottom w:val="single" w:sz="6" w:space="0" w:color="D9D9D9"/>
              <w:right w:val="single" w:sz="6" w:space="0" w:color="D9D9D9"/>
            </w:tcBorders>
            <w:tcMar>
              <w:top w:w="105" w:type="dxa"/>
              <w:left w:w="140" w:type="dxa"/>
              <w:bottom w:w="105" w:type="dxa"/>
              <w:right w:w="120" w:type="dxa"/>
            </w:tcMar>
            <w:vAlign w:val="center"/>
          </w:tcPr>
          <w:p w14:paraId="2E96360B" w14:textId="77777777" w:rsidR="00143D56" w:rsidRDefault="00000000">
            <w:pPr>
              <w:rPr>
                <w:lang w:eastAsia="ja-JP"/>
              </w:rPr>
            </w:pPr>
            <w:r>
              <w:rPr>
                <w:lang w:eastAsia="ja-JP"/>
              </w:rPr>
              <w:t>□ 韓国企業への販路開拓</w:t>
            </w:r>
          </w:p>
        </w:tc>
        <w:tc>
          <w:tcPr>
            <w:tcW w:w="4819" w:type="dxa"/>
            <w:tcBorders>
              <w:top w:val="single" w:sz="6" w:space="0" w:color="D9D9D9"/>
              <w:left w:val="single" w:sz="6" w:space="0" w:color="D9D9D9"/>
              <w:bottom w:val="single" w:sz="6" w:space="0" w:color="D9D9D9"/>
              <w:right w:val="single" w:sz="6" w:space="0" w:color="D9D9D9"/>
            </w:tcBorders>
            <w:tcMar>
              <w:top w:w="105" w:type="dxa"/>
              <w:left w:w="140" w:type="dxa"/>
              <w:bottom w:w="105" w:type="dxa"/>
              <w:right w:w="120" w:type="dxa"/>
            </w:tcMar>
            <w:vAlign w:val="center"/>
          </w:tcPr>
          <w:p w14:paraId="3D704DAE" w14:textId="77777777" w:rsidR="00143D56" w:rsidRDefault="00000000">
            <w:pPr>
              <w:rPr>
                <w:lang w:eastAsia="ja-JP"/>
              </w:rPr>
            </w:pPr>
            <w:r>
              <w:rPr>
                <w:lang w:eastAsia="ja-JP"/>
              </w:rPr>
              <w:t>□ 韓国企業との技術提携</w:t>
            </w:r>
          </w:p>
        </w:tc>
      </w:tr>
      <w:tr w:rsidR="00143D56" w14:paraId="4B7E30FE" w14:textId="77777777">
        <w:trPr>
          <w:jc w:val="center"/>
        </w:trPr>
        <w:tc>
          <w:tcPr>
            <w:tcW w:w="4819" w:type="dxa"/>
            <w:tcBorders>
              <w:top w:val="single" w:sz="6" w:space="0" w:color="D9D9D9"/>
              <w:left w:val="single" w:sz="6" w:space="0" w:color="D9D9D9"/>
              <w:bottom w:val="single" w:sz="6" w:space="0" w:color="D9D9D9"/>
              <w:right w:val="single" w:sz="6" w:space="0" w:color="D9D9D9"/>
            </w:tcBorders>
            <w:tcMar>
              <w:top w:w="105" w:type="dxa"/>
              <w:left w:w="140" w:type="dxa"/>
              <w:bottom w:w="105" w:type="dxa"/>
              <w:right w:w="120" w:type="dxa"/>
            </w:tcMar>
            <w:vAlign w:val="center"/>
          </w:tcPr>
          <w:p w14:paraId="107E2D71" w14:textId="77777777" w:rsidR="00143D56" w:rsidRDefault="00000000">
            <w:pPr>
              <w:rPr>
                <w:lang w:eastAsia="ja-JP"/>
              </w:rPr>
            </w:pPr>
            <w:r>
              <w:rPr>
                <w:lang w:eastAsia="ja-JP"/>
              </w:rPr>
              <w:t>□ 韓国企業との共同開発</w:t>
            </w:r>
          </w:p>
        </w:tc>
        <w:tc>
          <w:tcPr>
            <w:tcW w:w="4819" w:type="dxa"/>
            <w:tcBorders>
              <w:top w:val="single" w:sz="6" w:space="0" w:color="D9D9D9"/>
              <w:left w:val="single" w:sz="6" w:space="0" w:color="D9D9D9"/>
              <w:bottom w:val="single" w:sz="6" w:space="0" w:color="D9D9D9"/>
              <w:right w:val="single" w:sz="6" w:space="0" w:color="D9D9D9"/>
            </w:tcBorders>
            <w:tcMar>
              <w:top w:w="105" w:type="dxa"/>
              <w:left w:w="140" w:type="dxa"/>
              <w:bottom w:w="105" w:type="dxa"/>
              <w:right w:w="120" w:type="dxa"/>
            </w:tcMar>
            <w:vAlign w:val="center"/>
          </w:tcPr>
          <w:p w14:paraId="33532A8B" w14:textId="77777777" w:rsidR="00143D56" w:rsidRDefault="00000000">
            <w:pPr>
              <w:rPr>
                <w:lang w:eastAsia="ja-JP"/>
              </w:rPr>
            </w:pPr>
            <w:r>
              <w:rPr>
                <w:lang w:eastAsia="ja-JP"/>
              </w:rPr>
              <w:t>□ 代理店・販売パートナーの探索</w:t>
            </w:r>
          </w:p>
        </w:tc>
      </w:tr>
      <w:tr w:rsidR="00143D56" w14:paraId="1099B3B1" w14:textId="77777777">
        <w:trPr>
          <w:jc w:val="center"/>
        </w:trPr>
        <w:tc>
          <w:tcPr>
            <w:tcW w:w="4819" w:type="dxa"/>
            <w:tcBorders>
              <w:top w:val="single" w:sz="6" w:space="0" w:color="D9D9D9"/>
              <w:left w:val="single" w:sz="6" w:space="0" w:color="D9D9D9"/>
              <w:bottom w:val="single" w:sz="6" w:space="0" w:color="D9D9D9"/>
              <w:right w:val="single" w:sz="6" w:space="0" w:color="D9D9D9"/>
            </w:tcBorders>
            <w:tcMar>
              <w:top w:w="105" w:type="dxa"/>
              <w:left w:w="140" w:type="dxa"/>
              <w:bottom w:w="105" w:type="dxa"/>
              <w:right w:w="120" w:type="dxa"/>
            </w:tcMar>
            <w:vAlign w:val="center"/>
          </w:tcPr>
          <w:p w14:paraId="55C10200" w14:textId="77777777" w:rsidR="00143D56" w:rsidRDefault="00000000">
            <w:pPr>
              <w:rPr>
                <w:lang w:eastAsia="ja-JP"/>
              </w:rPr>
            </w:pPr>
            <w:r>
              <w:rPr>
                <w:lang w:eastAsia="ja-JP"/>
              </w:rPr>
              <w:t>□ 韓国市場の情報収集</w:t>
            </w:r>
          </w:p>
        </w:tc>
        <w:tc>
          <w:tcPr>
            <w:tcW w:w="4819" w:type="dxa"/>
            <w:tcBorders>
              <w:top w:val="single" w:sz="6" w:space="0" w:color="D9D9D9"/>
              <w:left w:val="single" w:sz="6" w:space="0" w:color="D9D9D9"/>
              <w:bottom w:val="single" w:sz="6" w:space="0" w:color="D9D9D9"/>
              <w:right w:val="single" w:sz="6" w:space="0" w:color="D9D9D9"/>
            </w:tcBorders>
            <w:tcMar>
              <w:top w:w="105" w:type="dxa"/>
              <w:left w:w="140" w:type="dxa"/>
              <w:bottom w:w="105" w:type="dxa"/>
              <w:right w:w="120" w:type="dxa"/>
            </w:tcMar>
            <w:vAlign w:val="center"/>
          </w:tcPr>
          <w:p w14:paraId="286DAA05" w14:textId="77777777" w:rsidR="00143D56" w:rsidRDefault="00000000">
            <w:pPr>
              <w:rPr>
                <w:lang w:eastAsia="ja-JP"/>
              </w:rPr>
            </w:pPr>
            <w:r>
              <w:rPr>
                <w:lang w:eastAsia="ja-JP"/>
              </w:rPr>
              <w:t>□ 既存取引先との関係強化</w:t>
            </w:r>
          </w:p>
        </w:tc>
      </w:tr>
      <w:tr w:rsidR="00143D56" w14:paraId="1E96778E" w14:textId="77777777">
        <w:trPr>
          <w:jc w:val="center"/>
        </w:trPr>
        <w:tc>
          <w:tcPr>
            <w:tcW w:w="4819" w:type="dxa"/>
            <w:tcBorders>
              <w:top w:val="single" w:sz="6" w:space="0" w:color="D9D9D9"/>
              <w:left w:val="single" w:sz="6" w:space="0" w:color="D9D9D9"/>
              <w:bottom w:val="single" w:sz="6" w:space="0" w:color="D9D9D9"/>
              <w:right w:val="single" w:sz="6" w:space="0" w:color="D9D9D9"/>
            </w:tcBorders>
            <w:tcMar>
              <w:top w:w="105" w:type="dxa"/>
              <w:left w:w="140" w:type="dxa"/>
              <w:bottom w:w="105" w:type="dxa"/>
              <w:right w:w="120" w:type="dxa"/>
            </w:tcMar>
            <w:vAlign w:val="center"/>
          </w:tcPr>
          <w:p w14:paraId="06B78A83" w14:textId="77777777" w:rsidR="00143D56" w:rsidRDefault="00000000">
            <w:pPr>
              <w:rPr>
                <w:lang w:eastAsia="ja-JP"/>
              </w:rPr>
            </w:pPr>
            <w:r>
              <w:rPr>
                <w:lang w:eastAsia="ja-JP"/>
              </w:rPr>
              <w:t>□ その他（　　　　　　　）</w:t>
            </w:r>
          </w:p>
        </w:tc>
        <w:tc>
          <w:tcPr>
            <w:tcW w:w="4819" w:type="dxa"/>
            <w:tcBorders>
              <w:top w:val="single" w:sz="6" w:space="0" w:color="D9D9D9"/>
              <w:left w:val="single" w:sz="6" w:space="0" w:color="D9D9D9"/>
              <w:bottom w:val="single" w:sz="6" w:space="0" w:color="D9D9D9"/>
              <w:right w:val="single" w:sz="6" w:space="0" w:color="D9D9D9"/>
            </w:tcBorders>
            <w:tcMar>
              <w:top w:w="105" w:type="dxa"/>
              <w:left w:w="140" w:type="dxa"/>
              <w:bottom w:w="105" w:type="dxa"/>
              <w:right w:w="120" w:type="dxa"/>
            </w:tcMar>
            <w:vAlign w:val="center"/>
          </w:tcPr>
          <w:p w14:paraId="0562CB0E" w14:textId="77777777" w:rsidR="00143D56" w:rsidRDefault="00143D56">
            <w:pPr>
              <w:rPr>
                <w:lang w:eastAsia="ja-JP"/>
              </w:rPr>
            </w:pPr>
          </w:p>
        </w:tc>
      </w:tr>
    </w:tbl>
    <w:p w14:paraId="34CE0A41" w14:textId="77777777" w:rsidR="00143D56" w:rsidRDefault="00143D56">
      <w:pPr>
        <w:spacing w:after="20"/>
        <w:rPr>
          <w:lang w:eastAsia="ja-JP"/>
        </w:rPr>
      </w:pPr>
    </w:p>
    <w:p w14:paraId="3A6B4267" w14:textId="77777777" w:rsidR="00143D56" w:rsidRDefault="00000000">
      <w:pPr>
        <w:spacing w:before="40" w:after="40"/>
        <w:rPr>
          <w:lang w:eastAsia="ja-JP"/>
        </w:rPr>
      </w:pPr>
      <w:r>
        <w:rPr>
          <w:b/>
          <w:color w:val="1F4E79"/>
          <w:sz w:val="19"/>
          <w:lang w:eastAsia="ja-JP"/>
        </w:rPr>
        <w:t>具体的な目的（100～200字程度）</w:t>
      </w:r>
    </w:p>
    <w:tbl>
      <w:tblPr>
        <w:tblW w:w="0" w:type="auto"/>
        <w:jc w:val="center"/>
        <w:tblLayout w:type="fixed"/>
        <w:tblLook w:val="04A0" w:firstRow="1" w:lastRow="0" w:firstColumn="1" w:lastColumn="0" w:noHBand="0" w:noVBand="1"/>
      </w:tblPr>
      <w:tblGrid>
        <w:gridCol w:w="9639"/>
      </w:tblGrid>
      <w:tr w:rsidR="00143D56" w14:paraId="62EBF3C5" w14:textId="77777777">
        <w:trPr>
          <w:jc w:val="center"/>
        </w:trPr>
        <w:tc>
          <w:tcPr>
            <w:tcW w:w="9639" w:type="dxa"/>
            <w:tcBorders>
              <w:top w:val="single" w:sz="6" w:space="0" w:color="C9C9C9"/>
              <w:left w:val="single" w:sz="6" w:space="0" w:color="C9C9C9"/>
              <w:bottom w:val="single" w:sz="6" w:space="0" w:color="C9C9C9"/>
              <w:right w:val="single" w:sz="6" w:space="0" w:color="C9C9C9"/>
            </w:tcBorders>
            <w:tcMar>
              <w:top w:w="110" w:type="dxa"/>
              <w:left w:w="140" w:type="dxa"/>
              <w:bottom w:w="110" w:type="dxa"/>
              <w:right w:w="140" w:type="dxa"/>
            </w:tcMar>
          </w:tcPr>
          <w:p w14:paraId="6D98A12B" w14:textId="77777777" w:rsidR="00143D56" w:rsidRDefault="00143D56">
            <w:pPr>
              <w:rPr>
                <w:lang w:eastAsia="ja-JP"/>
              </w:rPr>
            </w:pPr>
          </w:p>
        </w:tc>
      </w:tr>
      <w:tr w:rsidR="00143D56" w14:paraId="2FC5362C" w14:textId="77777777">
        <w:trPr>
          <w:jc w:val="center"/>
        </w:trPr>
        <w:tc>
          <w:tcPr>
            <w:tcW w:w="9639" w:type="dxa"/>
            <w:tcBorders>
              <w:top w:val="single" w:sz="6" w:space="0" w:color="C9C9C9"/>
              <w:left w:val="single" w:sz="6" w:space="0" w:color="C9C9C9"/>
              <w:bottom w:val="single" w:sz="6" w:space="0" w:color="C9C9C9"/>
              <w:right w:val="single" w:sz="6" w:space="0" w:color="C9C9C9"/>
            </w:tcBorders>
            <w:shd w:val="clear" w:color="auto" w:fill="F7F7F7"/>
            <w:tcMar>
              <w:top w:w="110" w:type="dxa"/>
              <w:left w:w="140" w:type="dxa"/>
              <w:bottom w:w="110" w:type="dxa"/>
              <w:right w:w="140" w:type="dxa"/>
            </w:tcMar>
          </w:tcPr>
          <w:p w14:paraId="31235FD1" w14:textId="77777777" w:rsidR="00143D56" w:rsidRDefault="00000000">
            <w:pPr>
              <w:rPr>
                <w:lang w:eastAsia="ja-JP"/>
              </w:rPr>
            </w:pPr>
            <w:r>
              <w:rPr>
                <w:color w:val="666666"/>
                <w:sz w:val="16"/>
                <w:lang w:eastAsia="ja-JP"/>
              </w:rPr>
              <w:t>記入例：韓国の半導体装置メーカーおよび部品メーカーに対して、当社の精密加工技術を紹介し、新規取引先の開拓や技術提携の可能性を検討したいと考えています。</w:t>
            </w:r>
          </w:p>
        </w:tc>
      </w:tr>
    </w:tbl>
    <w:p w14:paraId="2946DB82" w14:textId="77777777" w:rsidR="00143D56" w:rsidRDefault="00143D56">
      <w:pPr>
        <w:spacing w:after="20"/>
        <w:rPr>
          <w:lang w:eastAsia="ja-JP"/>
        </w:rPr>
      </w:pPr>
    </w:p>
    <w:p w14:paraId="47600A8D" w14:textId="77777777" w:rsidR="00143D56" w:rsidRDefault="00000000">
      <w:pPr>
        <w:pStyle w:val="1"/>
        <w:spacing w:before="160" w:after="60"/>
        <w:rPr>
          <w:lang w:eastAsia="ja-JP"/>
        </w:rPr>
      </w:pPr>
      <w:r>
        <w:rPr>
          <w:rFonts w:ascii="游ゴシック" w:eastAsia="游ゴシック" w:hAnsi="游ゴシック"/>
          <w:color w:val="1F4E79"/>
          <w:sz w:val="26"/>
          <w:lang w:eastAsia="ja-JP"/>
        </w:rPr>
        <w:t>6. 希望する商談先・連携先</w:t>
      </w:r>
    </w:p>
    <w:tbl>
      <w:tblPr>
        <w:tblStyle w:val="afe"/>
        <w:tblW w:w="0" w:type="auto"/>
        <w:jc w:val="center"/>
        <w:tblLayout w:type="fixed"/>
        <w:tblLook w:val="04A0" w:firstRow="1" w:lastRow="0" w:firstColumn="1" w:lastColumn="0" w:noHBand="0" w:noVBand="1"/>
      </w:tblPr>
      <w:tblGrid>
        <w:gridCol w:w="3419"/>
        <w:gridCol w:w="4195"/>
        <w:gridCol w:w="3419"/>
      </w:tblGrid>
      <w:tr w:rsidR="00143D56" w14:paraId="054D8C1D" w14:textId="77777777">
        <w:trPr>
          <w:jc w:val="center"/>
        </w:trPr>
        <w:tc>
          <w:tcPr>
            <w:tcW w:w="2268" w:type="dxa"/>
            <w:tcBorders>
              <w:top w:val="single" w:sz="6" w:space="0" w:color="8093A8"/>
              <w:left w:val="single" w:sz="6" w:space="0" w:color="8093A8"/>
              <w:bottom w:val="single" w:sz="6" w:space="0" w:color="8093A8"/>
              <w:right w:val="single" w:sz="6" w:space="0" w:color="8093A8"/>
            </w:tcBorders>
            <w:shd w:val="clear" w:color="auto" w:fill="1F4E79"/>
            <w:tcMar>
              <w:top w:w="95" w:type="dxa"/>
              <w:left w:w="120" w:type="dxa"/>
              <w:bottom w:w="95" w:type="dxa"/>
              <w:right w:w="120" w:type="dxa"/>
            </w:tcMar>
            <w:vAlign w:val="center"/>
          </w:tcPr>
          <w:p w14:paraId="635C97A5" w14:textId="77777777" w:rsidR="00143D56" w:rsidRDefault="00000000">
            <w:pPr>
              <w:jc w:val="center"/>
            </w:pPr>
            <w:r>
              <w:rPr>
                <w:b/>
                <w:color w:val="FFFFFF"/>
              </w:rPr>
              <w:t>項目</w:t>
            </w:r>
          </w:p>
        </w:tc>
        <w:tc>
          <w:tcPr>
            <w:tcW w:w="4195" w:type="dxa"/>
            <w:tcBorders>
              <w:top w:val="single" w:sz="6" w:space="0" w:color="8093A8"/>
              <w:left w:val="single" w:sz="6" w:space="0" w:color="8093A8"/>
              <w:bottom w:val="single" w:sz="6" w:space="0" w:color="8093A8"/>
              <w:right w:val="single" w:sz="6" w:space="0" w:color="8093A8"/>
            </w:tcBorders>
            <w:shd w:val="clear" w:color="auto" w:fill="1F4E79"/>
            <w:tcMar>
              <w:top w:w="95" w:type="dxa"/>
              <w:left w:w="120" w:type="dxa"/>
              <w:bottom w:w="95" w:type="dxa"/>
              <w:right w:w="120" w:type="dxa"/>
            </w:tcMar>
            <w:vAlign w:val="center"/>
          </w:tcPr>
          <w:p w14:paraId="0F4F9110" w14:textId="77777777" w:rsidR="00143D56" w:rsidRDefault="00000000">
            <w:pPr>
              <w:jc w:val="center"/>
            </w:pPr>
            <w:r>
              <w:rPr>
                <w:b/>
                <w:color w:val="FFFFFF"/>
              </w:rPr>
              <w:t>記入欄</w:t>
            </w:r>
          </w:p>
        </w:tc>
        <w:tc>
          <w:tcPr>
            <w:tcW w:w="3175" w:type="dxa"/>
            <w:tcBorders>
              <w:top w:val="single" w:sz="6" w:space="0" w:color="8093A8"/>
              <w:left w:val="single" w:sz="6" w:space="0" w:color="8093A8"/>
              <w:bottom w:val="single" w:sz="6" w:space="0" w:color="8093A8"/>
              <w:right w:val="single" w:sz="6" w:space="0" w:color="8093A8"/>
            </w:tcBorders>
            <w:shd w:val="clear" w:color="auto" w:fill="1F4E79"/>
            <w:tcMar>
              <w:top w:w="95" w:type="dxa"/>
              <w:left w:w="120" w:type="dxa"/>
              <w:bottom w:w="95" w:type="dxa"/>
              <w:right w:w="120" w:type="dxa"/>
            </w:tcMar>
            <w:vAlign w:val="center"/>
          </w:tcPr>
          <w:p w14:paraId="0889A4F7" w14:textId="77777777" w:rsidR="00143D56" w:rsidRDefault="00000000">
            <w:pPr>
              <w:jc w:val="center"/>
            </w:pPr>
            <w:r>
              <w:rPr>
                <w:b/>
                <w:color w:val="FFFFFF"/>
              </w:rPr>
              <w:t>記入例・補足</w:t>
            </w:r>
          </w:p>
        </w:tc>
      </w:tr>
      <w:tr w:rsidR="00143D56" w14:paraId="62EE19B6" w14:textId="77777777">
        <w:trPr>
          <w:trHeight w:val="510"/>
          <w:jc w:val="center"/>
        </w:trPr>
        <w:tc>
          <w:tcPr>
            <w:tcW w:w="3419" w:type="dxa"/>
            <w:tcBorders>
              <w:top w:val="single" w:sz="6" w:space="0" w:color="C9C9C9"/>
              <w:left w:val="single" w:sz="6" w:space="0" w:color="C9C9C9"/>
              <w:bottom w:val="single" w:sz="6" w:space="0" w:color="C9C9C9"/>
              <w:right w:val="single" w:sz="6" w:space="0" w:color="C9C9C9"/>
            </w:tcBorders>
            <w:shd w:val="clear" w:color="auto" w:fill="EAF3F8"/>
            <w:tcMar>
              <w:top w:w="110" w:type="dxa"/>
              <w:left w:w="120" w:type="dxa"/>
              <w:bottom w:w="110" w:type="dxa"/>
              <w:right w:w="120" w:type="dxa"/>
            </w:tcMar>
            <w:vAlign w:val="center"/>
          </w:tcPr>
          <w:p w14:paraId="0A2E04B6" w14:textId="77777777" w:rsidR="00143D56" w:rsidRDefault="00000000">
            <w:r>
              <w:rPr>
                <w:b/>
                <w:color w:val="1F4E79"/>
              </w:rPr>
              <w:t>希望する業種</w:t>
            </w:r>
          </w:p>
        </w:tc>
        <w:tc>
          <w:tcPr>
            <w:tcW w:w="3419" w:type="dxa"/>
            <w:tcBorders>
              <w:top w:val="single" w:sz="6" w:space="0" w:color="C9C9C9"/>
              <w:left w:val="single" w:sz="6" w:space="0" w:color="C9C9C9"/>
              <w:bottom w:val="single" w:sz="6" w:space="0" w:color="C9C9C9"/>
              <w:right w:val="single" w:sz="6" w:space="0" w:color="C9C9C9"/>
            </w:tcBorders>
            <w:tcMar>
              <w:top w:w="110" w:type="dxa"/>
              <w:left w:w="120" w:type="dxa"/>
              <w:bottom w:w="110" w:type="dxa"/>
              <w:right w:w="120" w:type="dxa"/>
            </w:tcMar>
            <w:vAlign w:val="center"/>
          </w:tcPr>
          <w:p w14:paraId="5997CC1D" w14:textId="77777777" w:rsidR="00143D56" w:rsidRDefault="00143D56"/>
        </w:tc>
        <w:tc>
          <w:tcPr>
            <w:tcW w:w="3419" w:type="dxa"/>
            <w:tcBorders>
              <w:top w:val="single" w:sz="6" w:space="0" w:color="C9C9C9"/>
              <w:left w:val="single" w:sz="6" w:space="0" w:color="C9C9C9"/>
              <w:bottom w:val="single" w:sz="6" w:space="0" w:color="C9C9C9"/>
              <w:right w:val="single" w:sz="6" w:space="0" w:color="C9C9C9"/>
            </w:tcBorders>
            <w:shd w:val="clear" w:color="auto" w:fill="F7F7F7"/>
            <w:tcMar>
              <w:top w:w="110" w:type="dxa"/>
              <w:left w:w="120" w:type="dxa"/>
              <w:bottom w:w="110" w:type="dxa"/>
              <w:right w:w="120" w:type="dxa"/>
            </w:tcMar>
            <w:vAlign w:val="center"/>
          </w:tcPr>
          <w:p w14:paraId="570372FA" w14:textId="77777777" w:rsidR="00143D56" w:rsidRDefault="00000000">
            <w:pPr>
              <w:rPr>
                <w:lang w:eastAsia="ja-JP"/>
              </w:rPr>
            </w:pPr>
            <w:r>
              <w:rPr>
                <w:color w:val="595959"/>
                <w:sz w:val="16"/>
                <w:lang w:eastAsia="ja-JP"/>
              </w:rPr>
              <w:t>半導体メーカー、装置メーカー、部品メーカー、商社等</w:t>
            </w:r>
          </w:p>
        </w:tc>
      </w:tr>
      <w:tr w:rsidR="00143D56" w14:paraId="43BFEAAB" w14:textId="77777777">
        <w:trPr>
          <w:trHeight w:val="567"/>
          <w:jc w:val="center"/>
        </w:trPr>
        <w:tc>
          <w:tcPr>
            <w:tcW w:w="3419" w:type="dxa"/>
            <w:tcBorders>
              <w:top w:val="single" w:sz="6" w:space="0" w:color="C9C9C9"/>
              <w:left w:val="single" w:sz="6" w:space="0" w:color="C9C9C9"/>
              <w:bottom w:val="single" w:sz="6" w:space="0" w:color="C9C9C9"/>
              <w:right w:val="single" w:sz="6" w:space="0" w:color="C9C9C9"/>
            </w:tcBorders>
            <w:shd w:val="clear" w:color="auto" w:fill="EAF3F8"/>
            <w:tcMar>
              <w:top w:w="110" w:type="dxa"/>
              <w:left w:w="120" w:type="dxa"/>
              <w:bottom w:w="110" w:type="dxa"/>
              <w:right w:w="120" w:type="dxa"/>
            </w:tcMar>
            <w:vAlign w:val="center"/>
          </w:tcPr>
          <w:p w14:paraId="1C653247" w14:textId="77777777" w:rsidR="00143D56" w:rsidRDefault="00000000">
            <w:r>
              <w:rPr>
                <w:b/>
                <w:color w:val="1F4E79"/>
              </w:rPr>
              <w:t>希望する商談内容</w:t>
            </w:r>
          </w:p>
        </w:tc>
        <w:tc>
          <w:tcPr>
            <w:tcW w:w="3419" w:type="dxa"/>
            <w:tcBorders>
              <w:top w:val="single" w:sz="6" w:space="0" w:color="C9C9C9"/>
              <w:left w:val="single" w:sz="6" w:space="0" w:color="C9C9C9"/>
              <w:bottom w:val="single" w:sz="6" w:space="0" w:color="C9C9C9"/>
              <w:right w:val="single" w:sz="6" w:space="0" w:color="C9C9C9"/>
            </w:tcBorders>
            <w:tcMar>
              <w:top w:w="110" w:type="dxa"/>
              <w:left w:w="120" w:type="dxa"/>
              <w:bottom w:w="110" w:type="dxa"/>
              <w:right w:w="120" w:type="dxa"/>
            </w:tcMar>
            <w:vAlign w:val="center"/>
          </w:tcPr>
          <w:p w14:paraId="110FFD37" w14:textId="77777777" w:rsidR="00143D56" w:rsidRDefault="00143D56"/>
        </w:tc>
        <w:tc>
          <w:tcPr>
            <w:tcW w:w="3419" w:type="dxa"/>
            <w:tcBorders>
              <w:top w:val="single" w:sz="6" w:space="0" w:color="C9C9C9"/>
              <w:left w:val="single" w:sz="6" w:space="0" w:color="C9C9C9"/>
              <w:bottom w:val="single" w:sz="6" w:space="0" w:color="C9C9C9"/>
              <w:right w:val="single" w:sz="6" w:space="0" w:color="C9C9C9"/>
            </w:tcBorders>
            <w:shd w:val="clear" w:color="auto" w:fill="F7F7F7"/>
            <w:tcMar>
              <w:top w:w="110" w:type="dxa"/>
              <w:left w:w="120" w:type="dxa"/>
              <w:bottom w:w="110" w:type="dxa"/>
              <w:right w:w="120" w:type="dxa"/>
            </w:tcMar>
            <w:vAlign w:val="center"/>
          </w:tcPr>
          <w:p w14:paraId="73339B37" w14:textId="77777777" w:rsidR="00143D56" w:rsidRDefault="00000000">
            <w:pPr>
              <w:rPr>
                <w:lang w:eastAsia="ja-JP"/>
              </w:rPr>
            </w:pPr>
            <w:r>
              <w:rPr>
                <w:color w:val="595959"/>
                <w:sz w:val="16"/>
                <w:lang w:eastAsia="ja-JP"/>
              </w:rPr>
              <w:t>技術紹介、販路開拓、代理店候補との面談等</w:t>
            </w:r>
          </w:p>
        </w:tc>
      </w:tr>
      <w:tr w:rsidR="00143D56" w14:paraId="684A0915" w14:textId="77777777">
        <w:trPr>
          <w:trHeight w:val="567"/>
          <w:jc w:val="center"/>
        </w:trPr>
        <w:tc>
          <w:tcPr>
            <w:tcW w:w="3419" w:type="dxa"/>
            <w:tcBorders>
              <w:top w:val="single" w:sz="6" w:space="0" w:color="C9C9C9"/>
              <w:left w:val="single" w:sz="6" w:space="0" w:color="C9C9C9"/>
              <w:bottom w:val="single" w:sz="6" w:space="0" w:color="C9C9C9"/>
              <w:right w:val="single" w:sz="6" w:space="0" w:color="C9C9C9"/>
            </w:tcBorders>
            <w:shd w:val="clear" w:color="auto" w:fill="EAF3F8"/>
            <w:tcMar>
              <w:top w:w="110" w:type="dxa"/>
              <w:left w:w="120" w:type="dxa"/>
              <w:bottom w:w="110" w:type="dxa"/>
              <w:right w:w="120" w:type="dxa"/>
            </w:tcMar>
            <w:vAlign w:val="center"/>
          </w:tcPr>
          <w:p w14:paraId="34C2E2BC" w14:textId="77777777" w:rsidR="00143D56" w:rsidRDefault="00000000">
            <w:pPr>
              <w:rPr>
                <w:lang w:eastAsia="ja-JP"/>
              </w:rPr>
            </w:pPr>
            <w:r>
              <w:rPr>
                <w:b/>
                <w:color w:val="1F4E79"/>
                <w:lang w:eastAsia="ja-JP"/>
              </w:rPr>
              <w:lastRenderedPageBreak/>
              <w:t>具体的に面談したい企業名</w:t>
            </w:r>
          </w:p>
        </w:tc>
        <w:tc>
          <w:tcPr>
            <w:tcW w:w="3419" w:type="dxa"/>
            <w:tcBorders>
              <w:top w:val="single" w:sz="6" w:space="0" w:color="C9C9C9"/>
              <w:left w:val="single" w:sz="6" w:space="0" w:color="C9C9C9"/>
              <w:bottom w:val="single" w:sz="6" w:space="0" w:color="C9C9C9"/>
              <w:right w:val="single" w:sz="6" w:space="0" w:color="C9C9C9"/>
            </w:tcBorders>
            <w:tcMar>
              <w:top w:w="110" w:type="dxa"/>
              <w:left w:w="120" w:type="dxa"/>
              <w:bottom w:w="110" w:type="dxa"/>
              <w:right w:w="120" w:type="dxa"/>
            </w:tcMar>
            <w:vAlign w:val="center"/>
          </w:tcPr>
          <w:p w14:paraId="6B699379" w14:textId="77777777" w:rsidR="00143D56" w:rsidRDefault="00143D56">
            <w:pPr>
              <w:rPr>
                <w:lang w:eastAsia="ja-JP"/>
              </w:rPr>
            </w:pPr>
          </w:p>
        </w:tc>
        <w:tc>
          <w:tcPr>
            <w:tcW w:w="3419" w:type="dxa"/>
            <w:tcBorders>
              <w:top w:val="single" w:sz="6" w:space="0" w:color="C9C9C9"/>
              <w:left w:val="single" w:sz="6" w:space="0" w:color="C9C9C9"/>
              <w:bottom w:val="single" w:sz="6" w:space="0" w:color="C9C9C9"/>
              <w:right w:val="single" w:sz="6" w:space="0" w:color="C9C9C9"/>
            </w:tcBorders>
            <w:shd w:val="clear" w:color="auto" w:fill="F7F7F7"/>
            <w:tcMar>
              <w:top w:w="110" w:type="dxa"/>
              <w:left w:w="120" w:type="dxa"/>
              <w:bottom w:w="110" w:type="dxa"/>
              <w:right w:w="120" w:type="dxa"/>
            </w:tcMar>
            <w:vAlign w:val="center"/>
          </w:tcPr>
          <w:p w14:paraId="0F621968" w14:textId="77777777" w:rsidR="00143D56" w:rsidRDefault="00000000">
            <w:r>
              <w:rPr>
                <w:color w:val="595959"/>
                <w:sz w:val="16"/>
                <w:lang w:eastAsia="ja-JP"/>
              </w:rPr>
              <w:t>企業名がある場合のみ記入。</w:t>
            </w:r>
            <w:r>
              <w:rPr>
                <w:color w:val="595959"/>
                <w:sz w:val="16"/>
              </w:rPr>
              <w:t>未定でも可</w:t>
            </w:r>
          </w:p>
        </w:tc>
      </w:tr>
    </w:tbl>
    <w:p w14:paraId="3FE9F23F" w14:textId="77777777" w:rsidR="00143D56" w:rsidRDefault="00143D56">
      <w:pPr>
        <w:spacing w:after="20"/>
      </w:pPr>
    </w:p>
    <w:tbl>
      <w:tblPr>
        <w:tblW w:w="0" w:type="auto"/>
        <w:jc w:val="center"/>
        <w:tblLayout w:type="fixed"/>
        <w:tblLook w:val="04A0" w:firstRow="1" w:lastRow="0" w:firstColumn="1" w:lastColumn="0" w:noHBand="0" w:noVBand="1"/>
      </w:tblPr>
      <w:tblGrid>
        <w:gridCol w:w="9639"/>
      </w:tblGrid>
      <w:tr w:rsidR="00143D56" w14:paraId="562C5207" w14:textId="77777777">
        <w:trPr>
          <w:jc w:val="center"/>
        </w:trPr>
        <w:tc>
          <w:tcPr>
            <w:tcW w:w="9639" w:type="dxa"/>
            <w:tcBorders>
              <w:top w:val="single" w:sz="6" w:space="0" w:color="B8D4E6"/>
              <w:left w:val="single" w:sz="6" w:space="0" w:color="B8D4E6"/>
              <w:bottom w:val="single" w:sz="6" w:space="0" w:color="B8D4E6"/>
              <w:right w:val="single" w:sz="6" w:space="0" w:color="B8D4E6"/>
            </w:tcBorders>
            <w:shd w:val="clear" w:color="auto" w:fill="DDEBF7"/>
            <w:tcMar>
              <w:top w:w="130" w:type="dxa"/>
              <w:left w:w="160" w:type="dxa"/>
              <w:bottom w:w="130" w:type="dxa"/>
              <w:right w:w="160" w:type="dxa"/>
            </w:tcMar>
            <w:vAlign w:val="center"/>
          </w:tcPr>
          <w:p w14:paraId="40603931" w14:textId="77777777" w:rsidR="00143D56" w:rsidRDefault="00000000">
            <w:pPr>
              <w:spacing w:after="0"/>
              <w:rPr>
                <w:lang w:eastAsia="ja-JP"/>
              </w:rPr>
            </w:pPr>
            <w:r>
              <w:rPr>
                <w:color w:val="1F4E79"/>
                <w:lang w:eastAsia="ja-JP"/>
              </w:rPr>
              <w:t>具体的な韓国企業名が分からない場合は、希望業種のみで構いません。「どのような相手と会いたいか」が分かる範囲でご記入ください。</w:t>
            </w:r>
          </w:p>
        </w:tc>
      </w:tr>
    </w:tbl>
    <w:p w14:paraId="1F72F646" w14:textId="77777777" w:rsidR="00143D56" w:rsidRDefault="00143D56">
      <w:pPr>
        <w:spacing w:after="20"/>
        <w:rPr>
          <w:lang w:eastAsia="ja-JP"/>
        </w:rPr>
      </w:pPr>
    </w:p>
    <w:p w14:paraId="23B23EC8" w14:textId="77777777" w:rsidR="00143D56" w:rsidRDefault="00000000">
      <w:pPr>
        <w:pStyle w:val="1"/>
        <w:spacing w:before="160" w:after="60"/>
        <w:rPr>
          <w:lang w:eastAsia="ja-JP"/>
        </w:rPr>
      </w:pPr>
      <w:r>
        <w:rPr>
          <w:rFonts w:ascii="游ゴシック" w:eastAsia="游ゴシック" w:hAnsi="游ゴシック"/>
          <w:color w:val="1F4E79"/>
          <w:sz w:val="26"/>
          <w:lang w:eastAsia="ja-JP"/>
        </w:rPr>
        <w:t>7. 展示方法の予定（パネル・小型サンプル中心）</w:t>
      </w:r>
    </w:p>
    <w:p w14:paraId="3E47F979" w14:textId="77777777" w:rsidR="00143D56" w:rsidRDefault="00000000">
      <w:pPr>
        <w:spacing w:before="20" w:after="40"/>
        <w:rPr>
          <w:lang w:eastAsia="ja-JP"/>
        </w:rPr>
      </w:pPr>
      <w:r>
        <w:rPr>
          <w:b/>
          <w:color w:val="1F4E79"/>
          <w:sz w:val="19"/>
          <w:lang w:eastAsia="ja-JP"/>
        </w:rPr>
        <w:t>現時点で想定している展示方法にチェックしてください（複数選択可）。</w:t>
      </w:r>
    </w:p>
    <w:tbl>
      <w:tblPr>
        <w:tblW w:w="0" w:type="auto"/>
        <w:jc w:val="center"/>
        <w:tblLayout w:type="fixed"/>
        <w:tblLook w:val="04A0" w:firstRow="1" w:lastRow="0" w:firstColumn="1" w:lastColumn="0" w:noHBand="0" w:noVBand="1"/>
      </w:tblPr>
      <w:tblGrid>
        <w:gridCol w:w="4819"/>
        <w:gridCol w:w="4819"/>
      </w:tblGrid>
      <w:tr w:rsidR="00143D56" w14:paraId="7A2923ED" w14:textId="77777777">
        <w:trPr>
          <w:jc w:val="center"/>
        </w:trPr>
        <w:tc>
          <w:tcPr>
            <w:tcW w:w="4819" w:type="dxa"/>
            <w:tcBorders>
              <w:top w:val="single" w:sz="6" w:space="0" w:color="D9D9D9"/>
              <w:left w:val="single" w:sz="6" w:space="0" w:color="D9D9D9"/>
              <w:bottom w:val="single" w:sz="6" w:space="0" w:color="D9D9D9"/>
              <w:right w:val="single" w:sz="6" w:space="0" w:color="D9D9D9"/>
            </w:tcBorders>
            <w:tcMar>
              <w:top w:w="105" w:type="dxa"/>
              <w:left w:w="140" w:type="dxa"/>
              <w:bottom w:w="105" w:type="dxa"/>
              <w:right w:w="120" w:type="dxa"/>
            </w:tcMar>
            <w:vAlign w:val="center"/>
          </w:tcPr>
          <w:p w14:paraId="5FDB9B5D" w14:textId="77777777" w:rsidR="00143D56" w:rsidRDefault="00000000">
            <w:r>
              <w:t>□ 会社紹介パネル</w:t>
            </w:r>
          </w:p>
        </w:tc>
        <w:tc>
          <w:tcPr>
            <w:tcW w:w="4819" w:type="dxa"/>
            <w:tcBorders>
              <w:top w:val="single" w:sz="6" w:space="0" w:color="D9D9D9"/>
              <w:left w:val="single" w:sz="6" w:space="0" w:color="D9D9D9"/>
              <w:bottom w:val="single" w:sz="6" w:space="0" w:color="D9D9D9"/>
              <w:right w:val="single" w:sz="6" w:space="0" w:color="D9D9D9"/>
            </w:tcBorders>
            <w:tcMar>
              <w:top w:w="105" w:type="dxa"/>
              <w:left w:w="140" w:type="dxa"/>
              <w:bottom w:w="105" w:type="dxa"/>
              <w:right w:w="120" w:type="dxa"/>
            </w:tcMar>
            <w:vAlign w:val="center"/>
          </w:tcPr>
          <w:p w14:paraId="1D165BC5" w14:textId="77777777" w:rsidR="00143D56" w:rsidRDefault="00000000">
            <w:pPr>
              <w:rPr>
                <w:lang w:eastAsia="ja-JP"/>
              </w:rPr>
            </w:pPr>
            <w:r>
              <w:rPr>
                <w:lang w:eastAsia="ja-JP"/>
              </w:rPr>
              <w:t>□ 技術・製品紹介パネル</w:t>
            </w:r>
          </w:p>
        </w:tc>
      </w:tr>
      <w:tr w:rsidR="00143D56" w14:paraId="10DF5E47" w14:textId="77777777">
        <w:trPr>
          <w:jc w:val="center"/>
        </w:trPr>
        <w:tc>
          <w:tcPr>
            <w:tcW w:w="4819" w:type="dxa"/>
            <w:tcBorders>
              <w:top w:val="single" w:sz="6" w:space="0" w:color="D9D9D9"/>
              <w:left w:val="single" w:sz="6" w:space="0" w:color="D9D9D9"/>
              <w:bottom w:val="single" w:sz="6" w:space="0" w:color="D9D9D9"/>
              <w:right w:val="single" w:sz="6" w:space="0" w:color="D9D9D9"/>
            </w:tcBorders>
            <w:tcMar>
              <w:top w:w="105" w:type="dxa"/>
              <w:left w:w="140" w:type="dxa"/>
              <w:bottom w:w="105" w:type="dxa"/>
              <w:right w:w="120" w:type="dxa"/>
            </w:tcMar>
            <w:vAlign w:val="center"/>
          </w:tcPr>
          <w:p w14:paraId="0ED7C02B" w14:textId="77777777" w:rsidR="00143D56" w:rsidRDefault="00000000">
            <w:pPr>
              <w:rPr>
                <w:lang w:eastAsia="ja-JP"/>
              </w:rPr>
            </w:pPr>
            <w:r>
              <w:rPr>
                <w:lang w:eastAsia="ja-JP"/>
              </w:rPr>
              <w:t>□ 小型製品サンプル展示</w:t>
            </w:r>
          </w:p>
        </w:tc>
        <w:tc>
          <w:tcPr>
            <w:tcW w:w="4819" w:type="dxa"/>
            <w:tcBorders>
              <w:top w:val="single" w:sz="6" w:space="0" w:color="D9D9D9"/>
              <w:left w:val="single" w:sz="6" w:space="0" w:color="D9D9D9"/>
              <w:bottom w:val="single" w:sz="6" w:space="0" w:color="D9D9D9"/>
              <w:right w:val="single" w:sz="6" w:space="0" w:color="D9D9D9"/>
            </w:tcBorders>
            <w:tcMar>
              <w:top w:w="105" w:type="dxa"/>
              <w:left w:w="140" w:type="dxa"/>
              <w:bottom w:w="105" w:type="dxa"/>
              <w:right w:w="120" w:type="dxa"/>
            </w:tcMar>
            <w:vAlign w:val="center"/>
          </w:tcPr>
          <w:p w14:paraId="690BCEDA" w14:textId="77777777" w:rsidR="00143D56" w:rsidRDefault="00000000">
            <w:pPr>
              <w:rPr>
                <w:lang w:eastAsia="ja-JP"/>
              </w:rPr>
            </w:pPr>
            <w:r>
              <w:rPr>
                <w:lang w:eastAsia="ja-JP"/>
              </w:rPr>
              <w:t>□ カタログ・パンフレット配布</w:t>
            </w:r>
          </w:p>
        </w:tc>
      </w:tr>
      <w:tr w:rsidR="00143D56" w14:paraId="0DE393FE" w14:textId="77777777">
        <w:trPr>
          <w:jc w:val="center"/>
        </w:trPr>
        <w:tc>
          <w:tcPr>
            <w:tcW w:w="4819" w:type="dxa"/>
            <w:tcBorders>
              <w:top w:val="single" w:sz="6" w:space="0" w:color="D9D9D9"/>
              <w:left w:val="single" w:sz="6" w:space="0" w:color="D9D9D9"/>
              <w:bottom w:val="single" w:sz="6" w:space="0" w:color="D9D9D9"/>
              <w:right w:val="single" w:sz="6" w:space="0" w:color="D9D9D9"/>
            </w:tcBorders>
            <w:tcMar>
              <w:top w:w="105" w:type="dxa"/>
              <w:left w:w="140" w:type="dxa"/>
              <w:bottom w:w="105" w:type="dxa"/>
              <w:right w:w="120" w:type="dxa"/>
            </w:tcMar>
            <w:vAlign w:val="center"/>
          </w:tcPr>
          <w:p w14:paraId="1A255ADB" w14:textId="77777777" w:rsidR="00143D56" w:rsidRDefault="00000000">
            <w:pPr>
              <w:rPr>
                <w:lang w:eastAsia="ja-JP"/>
              </w:rPr>
            </w:pPr>
            <w:r>
              <w:rPr>
                <w:lang w:eastAsia="ja-JP"/>
              </w:rPr>
              <w:t>□ ノートPC・タブレットによる動画紹介</w:t>
            </w:r>
          </w:p>
        </w:tc>
        <w:tc>
          <w:tcPr>
            <w:tcW w:w="4819" w:type="dxa"/>
            <w:tcBorders>
              <w:top w:val="single" w:sz="6" w:space="0" w:color="D9D9D9"/>
              <w:left w:val="single" w:sz="6" w:space="0" w:color="D9D9D9"/>
              <w:bottom w:val="single" w:sz="6" w:space="0" w:color="D9D9D9"/>
              <w:right w:val="single" w:sz="6" w:space="0" w:color="D9D9D9"/>
            </w:tcBorders>
            <w:tcMar>
              <w:top w:w="105" w:type="dxa"/>
              <w:left w:w="140" w:type="dxa"/>
              <w:bottom w:w="105" w:type="dxa"/>
              <w:right w:w="120" w:type="dxa"/>
            </w:tcMar>
            <w:vAlign w:val="center"/>
          </w:tcPr>
          <w:p w14:paraId="04AE5175" w14:textId="77777777" w:rsidR="00143D56" w:rsidRDefault="00000000">
            <w:pPr>
              <w:rPr>
                <w:lang w:eastAsia="ja-JP"/>
              </w:rPr>
            </w:pPr>
            <w:r>
              <w:rPr>
                <w:lang w:eastAsia="ja-JP"/>
              </w:rPr>
              <w:t>□ 卓上展示（小型サンプル等）</w:t>
            </w:r>
          </w:p>
        </w:tc>
      </w:tr>
      <w:tr w:rsidR="00143D56" w14:paraId="33858B8E" w14:textId="77777777">
        <w:trPr>
          <w:jc w:val="center"/>
        </w:trPr>
        <w:tc>
          <w:tcPr>
            <w:tcW w:w="4819" w:type="dxa"/>
            <w:tcBorders>
              <w:top w:val="single" w:sz="6" w:space="0" w:color="D9D9D9"/>
              <w:left w:val="single" w:sz="6" w:space="0" w:color="D9D9D9"/>
              <w:bottom w:val="single" w:sz="6" w:space="0" w:color="D9D9D9"/>
              <w:right w:val="single" w:sz="6" w:space="0" w:color="D9D9D9"/>
            </w:tcBorders>
            <w:tcMar>
              <w:top w:w="105" w:type="dxa"/>
              <w:left w:w="140" w:type="dxa"/>
              <w:bottom w:w="105" w:type="dxa"/>
              <w:right w:w="120" w:type="dxa"/>
            </w:tcMar>
            <w:vAlign w:val="center"/>
          </w:tcPr>
          <w:p w14:paraId="2832600D" w14:textId="77777777" w:rsidR="00143D56" w:rsidRDefault="00000000">
            <w:r>
              <w:t>□ 未定・今後調整</w:t>
            </w:r>
          </w:p>
        </w:tc>
        <w:tc>
          <w:tcPr>
            <w:tcW w:w="4819" w:type="dxa"/>
            <w:tcBorders>
              <w:top w:val="single" w:sz="6" w:space="0" w:color="D9D9D9"/>
              <w:left w:val="single" w:sz="6" w:space="0" w:color="D9D9D9"/>
              <w:bottom w:val="single" w:sz="6" w:space="0" w:color="D9D9D9"/>
              <w:right w:val="single" w:sz="6" w:space="0" w:color="D9D9D9"/>
            </w:tcBorders>
            <w:tcMar>
              <w:top w:w="105" w:type="dxa"/>
              <w:left w:w="140" w:type="dxa"/>
              <w:bottom w:w="105" w:type="dxa"/>
              <w:right w:w="120" w:type="dxa"/>
            </w:tcMar>
            <w:vAlign w:val="center"/>
          </w:tcPr>
          <w:p w14:paraId="37F2BED3" w14:textId="77777777" w:rsidR="00143D56" w:rsidRDefault="00000000">
            <w:pPr>
              <w:rPr>
                <w:lang w:eastAsia="ja-JP"/>
              </w:rPr>
            </w:pPr>
            <w:r>
              <w:rPr>
                <w:lang w:eastAsia="ja-JP"/>
              </w:rPr>
              <w:t>□ その他（　　　　　　　）</w:t>
            </w:r>
          </w:p>
        </w:tc>
      </w:tr>
    </w:tbl>
    <w:p w14:paraId="08CE6F91" w14:textId="77777777" w:rsidR="00143D56" w:rsidRDefault="00143D56">
      <w:pPr>
        <w:spacing w:after="20"/>
        <w:rPr>
          <w:lang w:eastAsia="ja-JP"/>
        </w:rPr>
      </w:pPr>
    </w:p>
    <w:tbl>
      <w:tblPr>
        <w:tblStyle w:val="afe"/>
        <w:tblW w:w="0" w:type="auto"/>
        <w:jc w:val="center"/>
        <w:tblLayout w:type="fixed"/>
        <w:tblLook w:val="04A0" w:firstRow="1" w:lastRow="0" w:firstColumn="1" w:lastColumn="0" w:noHBand="0" w:noVBand="1"/>
      </w:tblPr>
      <w:tblGrid>
        <w:gridCol w:w="3419"/>
        <w:gridCol w:w="4195"/>
        <w:gridCol w:w="3419"/>
      </w:tblGrid>
      <w:tr w:rsidR="00143D56" w14:paraId="0BF56631" w14:textId="77777777">
        <w:trPr>
          <w:jc w:val="center"/>
        </w:trPr>
        <w:tc>
          <w:tcPr>
            <w:tcW w:w="2268" w:type="dxa"/>
            <w:tcBorders>
              <w:top w:val="single" w:sz="6" w:space="0" w:color="8093A8"/>
              <w:left w:val="single" w:sz="6" w:space="0" w:color="8093A8"/>
              <w:bottom w:val="single" w:sz="6" w:space="0" w:color="8093A8"/>
              <w:right w:val="single" w:sz="6" w:space="0" w:color="8093A8"/>
            </w:tcBorders>
            <w:shd w:val="clear" w:color="auto" w:fill="1F4E79"/>
            <w:tcMar>
              <w:top w:w="95" w:type="dxa"/>
              <w:left w:w="120" w:type="dxa"/>
              <w:bottom w:w="95" w:type="dxa"/>
              <w:right w:w="120" w:type="dxa"/>
            </w:tcMar>
            <w:vAlign w:val="center"/>
          </w:tcPr>
          <w:p w14:paraId="66233EC9" w14:textId="77777777" w:rsidR="00143D56" w:rsidRDefault="00000000">
            <w:pPr>
              <w:jc w:val="center"/>
            </w:pPr>
            <w:r>
              <w:rPr>
                <w:b/>
                <w:color w:val="FFFFFF"/>
              </w:rPr>
              <w:t>項目</w:t>
            </w:r>
          </w:p>
        </w:tc>
        <w:tc>
          <w:tcPr>
            <w:tcW w:w="4195" w:type="dxa"/>
            <w:tcBorders>
              <w:top w:val="single" w:sz="6" w:space="0" w:color="8093A8"/>
              <w:left w:val="single" w:sz="6" w:space="0" w:color="8093A8"/>
              <w:bottom w:val="single" w:sz="6" w:space="0" w:color="8093A8"/>
              <w:right w:val="single" w:sz="6" w:space="0" w:color="8093A8"/>
            </w:tcBorders>
            <w:shd w:val="clear" w:color="auto" w:fill="1F4E79"/>
            <w:tcMar>
              <w:top w:w="95" w:type="dxa"/>
              <w:left w:w="120" w:type="dxa"/>
              <w:bottom w:w="95" w:type="dxa"/>
              <w:right w:w="120" w:type="dxa"/>
            </w:tcMar>
            <w:vAlign w:val="center"/>
          </w:tcPr>
          <w:p w14:paraId="1C7834F1" w14:textId="77777777" w:rsidR="00143D56" w:rsidRDefault="00000000">
            <w:pPr>
              <w:jc w:val="center"/>
            </w:pPr>
            <w:r>
              <w:rPr>
                <w:b/>
                <w:color w:val="FFFFFF"/>
              </w:rPr>
              <w:t>記入欄</w:t>
            </w:r>
          </w:p>
        </w:tc>
        <w:tc>
          <w:tcPr>
            <w:tcW w:w="3175" w:type="dxa"/>
            <w:tcBorders>
              <w:top w:val="single" w:sz="6" w:space="0" w:color="8093A8"/>
              <w:left w:val="single" w:sz="6" w:space="0" w:color="8093A8"/>
              <w:bottom w:val="single" w:sz="6" w:space="0" w:color="8093A8"/>
              <w:right w:val="single" w:sz="6" w:space="0" w:color="8093A8"/>
            </w:tcBorders>
            <w:shd w:val="clear" w:color="auto" w:fill="1F4E79"/>
            <w:tcMar>
              <w:top w:w="95" w:type="dxa"/>
              <w:left w:w="120" w:type="dxa"/>
              <w:bottom w:w="95" w:type="dxa"/>
              <w:right w:w="120" w:type="dxa"/>
            </w:tcMar>
            <w:vAlign w:val="center"/>
          </w:tcPr>
          <w:p w14:paraId="02331AE7" w14:textId="77777777" w:rsidR="00143D56" w:rsidRDefault="00000000">
            <w:pPr>
              <w:jc w:val="center"/>
            </w:pPr>
            <w:r>
              <w:rPr>
                <w:b/>
                <w:color w:val="FFFFFF"/>
              </w:rPr>
              <w:t>記入例・補足</w:t>
            </w:r>
          </w:p>
        </w:tc>
      </w:tr>
      <w:tr w:rsidR="00143D56" w14:paraId="1BE3EBE4" w14:textId="77777777">
        <w:trPr>
          <w:trHeight w:val="567"/>
          <w:jc w:val="center"/>
        </w:trPr>
        <w:tc>
          <w:tcPr>
            <w:tcW w:w="3419" w:type="dxa"/>
            <w:tcBorders>
              <w:top w:val="single" w:sz="6" w:space="0" w:color="C9C9C9"/>
              <w:left w:val="single" w:sz="6" w:space="0" w:color="C9C9C9"/>
              <w:bottom w:val="single" w:sz="6" w:space="0" w:color="C9C9C9"/>
              <w:right w:val="single" w:sz="6" w:space="0" w:color="C9C9C9"/>
            </w:tcBorders>
            <w:shd w:val="clear" w:color="auto" w:fill="EAF3F8"/>
            <w:tcMar>
              <w:top w:w="110" w:type="dxa"/>
              <w:left w:w="120" w:type="dxa"/>
              <w:bottom w:w="110" w:type="dxa"/>
              <w:right w:w="120" w:type="dxa"/>
            </w:tcMar>
            <w:vAlign w:val="center"/>
          </w:tcPr>
          <w:p w14:paraId="345CD90D" w14:textId="77777777" w:rsidR="00143D56" w:rsidRDefault="00000000">
            <w:r>
              <w:rPr>
                <w:b/>
                <w:color w:val="1F4E79"/>
              </w:rPr>
              <w:t>展示予定物の概要</w:t>
            </w:r>
          </w:p>
        </w:tc>
        <w:tc>
          <w:tcPr>
            <w:tcW w:w="3419" w:type="dxa"/>
            <w:tcBorders>
              <w:top w:val="single" w:sz="6" w:space="0" w:color="C9C9C9"/>
              <w:left w:val="single" w:sz="6" w:space="0" w:color="C9C9C9"/>
              <w:bottom w:val="single" w:sz="6" w:space="0" w:color="C9C9C9"/>
              <w:right w:val="single" w:sz="6" w:space="0" w:color="C9C9C9"/>
            </w:tcBorders>
            <w:tcMar>
              <w:top w:w="110" w:type="dxa"/>
              <w:left w:w="120" w:type="dxa"/>
              <w:bottom w:w="110" w:type="dxa"/>
              <w:right w:w="120" w:type="dxa"/>
            </w:tcMar>
            <w:vAlign w:val="center"/>
          </w:tcPr>
          <w:p w14:paraId="61CDCEAD" w14:textId="77777777" w:rsidR="00143D56" w:rsidRDefault="00143D56"/>
        </w:tc>
        <w:tc>
          <w:tcPr>
            <w:tcW w:w="3419" w:type="dxa"/>
            <w:tcBorders>
              <w:top w:val="single" w:sz="6" w:space="0" w:color="C9C9C9"/>
              <w:left w:val="single" w:sz="6" w:space="0" w:color="C9C9C9"/>
              <w:bottom w:val="single" w:sz="6" w:space="0" w:color="C9C9C9"/>
              <w:right w:val="single" w:sz="6" w:space="0" w:color="C9C9C9"/>
            </w:tcBorders>
            <w:shd w:val="clear" w:color="auto" w:fill="F7F7F7"/>
            <w:tcMar>
              <w:top w:w="110" w:type="dxa"/>
              <w:left w:w="120" w:type="dxa"/>
              <w:bottom w:w="110" w:type="dxa"/>
              <w:right w:w="120" w:type="dxa"/>
            </w:tcMar>
            <w:vAlign w:val="center"/>
          </w:tcPr>
          <w:p w14:paraId="6E0088C7" w14:textId="77777777" w:rsidR="00143D56" w:rsidRDefault="00000000">
            <w:pPr>
              <w:rPr>
                <w:lang w:eastAsia="ja-JP"/>
              </w:rPr>
            </w:pPr>
            <w:r>
              <w:rPr>
                <w:color w:val="595959"/>
                <w:sz w:val="16"/>
                <w:lang w:eastAsia="ja-JP"/>
              </w:rPr>
              <w:t>小型サンプル2点、A4カタログ100部、製品紹介パネル等</w:t>
            </w:r>
          </w:p>
        </w:tc>
      </w:tr>
      <w:tr w:rsidR="00143D56" w14:paraId="4274BD01" w14:textId="77777777">
        <w:trPr>
          <w:trHeight w:val="482"/>
          <w:jc w:val="center"/>
        </w:trPr>
        <w:tc>
          <w:tcPr>
            <w:tcW w:w="3419" w:type="dxa"/>
            <w:tcBorders>
              <w:top w:val="single" w:sz="6" w:space="0" w:color="C9C9C9"/>
              <w:left w:val="single" w:sz="6" w:space="0" w:color="C9C9C9"/>
              <w:bottom w:val="single" w:sz="6" w:space="0" w:color="C9C9C9"/>
              <w:right w:val="single" w:sz="6" w:space="0" w:color="C9C9C9"/>
            </w:tcBorders>
            <w:shd w:val="clear" w:color="auto" w:fill="EAF3F8"/>
            <w:tcMar>
              <w:top w:w="110" w:type="dxa"/>
              <w:left w:w="120" w:type="dxa"/>
              <w:bottom w:w="110" w:type="dxa"/>
              <w:right w:w="120" w:type="dxa"/>
            </w:tcMar>
            <w:vAlign w:val="center"/>
          </w:tcPr>
          <w:p w14:paraId="13D80CBA" w14:textId="77777777" w:rsidR="00143D56" w:rsidRDefault="00000000">
            <w:r>
              <w:rPr>
                <w:b/>
                <w:color w:val="1F4E79"/>
              </w:rPr>
              <w:t>大型展示物の有無</w:t>
            </w:r>
          </w:p>
        </w:tc>
        <w:tc>
          <w:tcPr>
            <w:tcW w:w="3419" w:type="dxa"/>
            <w:tcBorders>
              <w:top w:val="single" w:sz="6" w:space="0" w:color="C9C9C9"/>
              <w:left w:val="single" w:sz="6" w:space="0" w:color="C9C9C9"/>
              <w:bottom w:val="single" w:sz="6" w:space="0" w:color="C9C9C9"/>
              <w:right w:val="single" w:sz="6" w:space="0" w:color="C9C9C9"/>
            </w:tcBorders>
            <w:tcMar>
              <w:top w:w="110" w:type="dxa"/>
              <w:left w:w="120" w:type="dxa"/>
              <w:bottom w:w="110" w:type="dxa"/>
              <w:right w:w="120" w:type="dxa"/>
            </w:tcMar>
            <w:vAlign w:val="center"/>
          </w:tcPr>
          <w:p w14:paraId="6BB9E253" w14:textId="77777777" w:rsidR="00143D56" w:rsidRDefault="00143D56"/>
        </w:tc>
        <w:tc>
          <w:tcPr>
            <w:tcW w:w="3419" w:type="dxa"/>
            <w:tcBorders>
              <w:top w:val="single" w:sz="6" w:space="0" w:color="C9C9C9"/>
              <w:left w:val="single" w:sz="6" w:space="0" w:color="C9C9C9"/>
              <w:bottom w:val="single" w:sz="6" w:space="0" w:color="C9C9C9"/>
              <w:right w:val="single" w:sz="6" w:space="0" w:color="C9C9C9"/>
            </w:tcBorders>
            <w:shd w:val="clear" w:color="auto" w:fill="F7F7F7"/>
            <w:tcMar>
              <w:top w:w="110" w:type="dxa"/>
              <w:left w:w="120" w:type="dxa"/>
              <w:bottom w:w="110" w:type="dxa"/>
              <w:right w:w="120" w:type="dxa"/>
            </w:tcMar>
            <w:vAlign w:val="center"/>
          </w:tcPr>
          <w:p w14:paraId="7320D467" w14:textId="77777777" w:rsidR="00143D56" w:rsidRDefault="00000000">
            <w:pPr>
              <w:rPr>
                <w:lang w:eastAsia="ja-JP"/>
              </w:rPr>
            </w:pPr>
            <w:r>
              <w:rPr>
                <w:color w:val="595959"/>
                <w:sz w:val="16"/>
                <w:lang w:eastAsia="ja-JP"/>
              </w:rPr>
              <w:t>□ なし　□ あり（別途相談）　□ 未定</w:t>
            </w:r>
          </w:p>
        </w:tc>
      </w:tr>
      <w:tr w:rsidR="00143D56" w14:paraId="74DD3778" w14:textId="77777777">
        <w:trPr>
          <w:trHeight w:val="510"/>
          <w:jc w:val="center"/>
        </w:trPr>
        <w:tc>
          <w:tcPr>
            <w:tcW w:w="3419" w:type="dxa"/>
            <w:tcBorders>
              <w:top w:val="single" w:sz="6" w:space="0" w:color="C9C9C9"/>
              <w:left w:val="single" w:sz="6" w:space="0" w:color="C9C9C9"/>
              <w:bottom w:val="single" w:sz="6" w:space="0" w:color="C9C9C9"/>
              <w:right w:val="single" w:sz="6" w:space="0" w:color="C9C9C9"/>
            </w:tcBorders>
            <w:shd w:val="clear" w:color="auto" w:fill="EAF3F8"/>
            <w:tcMar>
              <w:top w:w="110" w:type="dxa"/>
              <w:left w:w="120" w:type="dxa"/>
              <w:bottom w:w="110" w:type="dxa"/>
              <w:right w:w="120" w:type="dxa"/>
            </w:tcMar>
            <w:vAlign w:val="center"/>
          </w:tcPr>
          <w:p w14:paraId="2B4C926E" w14:textId="77777777" w:rsidR="00143D56" w:rsidRDefault="00000000">
            <w:r>
              <w:rPr>
                <w:b/>
                <w:color w:val="1F4E79"/>
              </w:rPr>
              <w:t>電源利用希望</w:t>
            </w:r>
          </w:p>
        </w:tc>
        <w:tc>
          <w:tcPr>
            <w:tcW w:w="3419" w:type="dxa"/>
            <w:tcBorders>
              <w:top w:val="single" w:sz="6" w:space="0" w:color="C9C9C9"/>
              <w:left w:val="single" w:sz="6" w:space="0" w:color="C9C9C9"/>
              <w:bottom w:val="single" w:sz="6" w:space="0" w:color="C9C9C9"/>
              <w:right w:val="single" w:sz="6" w:space="0" w:color="C9C9C9"/>
            </w:tcBorders>
            <w:tcMar>
              <w:top w:w="110" w:type="dxa"/>
              <w:left w:w="120" w:type="dxa"/>
              <w:bottom w:w="110" w:type="dxa"/>
              <w:right w:w="120" w:type="dxa"/>
            </w:tcMar>
            <w:vAlign w:val="center"/>
          </w:tcPr>
          <w:p w14:paraId="23DE523C" w14:textId="77777777" w:rsidR="00143D56" w:rsidRDefault="00143D56"/>
        </w:tc>
        <w:tc>
          <w:tcPr>
            <w:tcW w:w="3419" w:type="dxa"/>
            <w:tcBorders>
              <w:top w:val="single" w:sz="6" w:space="0" w:color="C9C9C9"/>
              <w:left w:val="single" w:sz="6" w:space="0" w:color="C9C9C9"/>
              <w:bottom w:val="single" w:sz="6" w:space="0" w:color="C9C9C9"/>
              <w:right w:val="single" w:sz="6" w:space="0" w:color="C9C9C9"/>
            </w:tcBorders>
            <w:shd w:val="clear" w:color="auto" w:fill="F7F7F7"/>
            <w:tcMar>
              <w:top w:w="110" w:type="dxa"/>
              <w:left w:w="120" w:type="dxa"/>
              <w:bottom w:w="110" w:type="dxa"/>
              <w:right w:w="120" w:type="dxa"/>
            </w:tcMar>
            <w:vAlign w:val="center"/>
          </w:tcPr>
          <w:p w14:paraId="4E54AA8E" w14:textId="77777777" w:rsidR="00143D56" w:rsidRDefault="00000000">
            <w:pPr>
              <w:rPr>
                <w:lang w:eastAsia="ja-JP"/>
              </w:rPr>
            </w:pPr>
            <w:r>
              <w:rPr>
                <w:color w:val="595959"/>
                <w:sz w:val="16"/>
                <w:lang w:eastAsia="ja-JP"/>
              </w:rPr>
              <w:t>□ なし　□ あり（ノートPC・タブレット等）　□ 未定</w:t>
            </w:r>
          </w:p>
        </w:tc>
      </w:tr>
    </w:tbl>
    <w:p w14:paraId="52E56223" w14:textId="77777777" w:rsidR="00143D56" w:rsidRDefault="00143D56">
      <w:pPr>
        <w:spacing w:after="20"/>
        <w:rPr>
          <w:lang w:eastAsia="ja-JP"/>
        </w:rPr>
      </w:pPr>
    </w:p>
    <w:p w14:paraId="00A988E5" w14:textId="77777777" w:rsidR="00143D56" w:rsidRDefault="00000000">
      <w:pPr>
        <w:spacing w:before="40" w:after="40"/>
      </w:pPr>
      <w:r>
        <w:rPr>
          <w:b/>
          <w:color w:val="1F4E79"/>
          <w:sz w:val="19"/>
        </w:rPr>
        <w:t>補足事項</w:t>
      </w:r>
    </w:p>
    <w:tbl>
      <w:tblPr>
        <w:tblW w:w="0" w:type="auto"/>
        <w:jc w:val="center"/>
        <w:tblLayout w:type="fixed"/>
        <w:tblLook w:val="04A0" w:firstRow="1" w:lastRow="0" w:firstColumn="1" w:lastColumn="0" w:noHBand="0" w:noVBand="1"/>
      </w:tblPr>
      <w:tblGrid>
        <w:gridCol w:w="9639"/>
      </w:tblGrid>
      <w:tr w:rsidR="00143D56" w14:paraId="07547A01" w14:textId="77777777">
        <w:trPr>
          <w:jc w:val="center"/>
        </w:trPr>
        <w:tc>
          <w:tcPr>
            <w:tcW w:w="9639" w:type="dxa"/>
            <w:tcBorders>
              <w:top w:val="single" w:sz="6" w:space="0" w:color="C9C9C9"/>
              <w:left w:val="single" w:sz="6" w:space="0" w:color="C9C9C9"/>
              <w:bottom w:val="single" w:sz="6" w:space="0" w:color="C9C9C9"/>
              <w:right w:val="single" w:sz="6" w:space="0" w:color="C9C9C9"/>
            </w:tcBorders>
            <w:tcMar>
              <w:top w:w="110" w:type="dxa"/>
              <w:left w:w="140" w:type="dxa"/>
              <w:bottom w:w="110" w:type="dxa"/>
              <w:right w:w="140" w:type="dxa"/>
            </w:tcMar>
          </w:tcPr>
          <w:p w14:paraId="5043CB0F" w14:textId="77777777" w:rsidR="00143D56" w:rsidRDefault="00143D56"/>
        </w:tc>
      </w:tr>
      <w:tr w:rsidR="00143D56" w14:paraId="609C77EE" w14:textId="77777777">
        <w:trPr>
          <w:jc w:val="center"/>
        </w:trPr>
        <w:tc>
          <w:tcPr>
            <w:tcW w:w="9639" w:type="dxa"/>
            <w:tcBorders>
              <w:top w:val="single" w:sz="6" w:space="0" w:color="C9C9C9"/>
              <w:left w:val="single" w:sz="6" w:space="0" w:color="C9C9C9"/>
              <w:bottom w:val="single" w:sz="6" w:space="0" w:color="C9C9C9"/>
              <w:right w:val="single" w:sz="6" w:space="0" w:color="C9C9C9"/>
            </w:tcBorders>
            <w:shd w:val="clear" w:color="auto" w:fill="F7F7F7"/>
            <w:tcMar>
              <w:top w:w="110" w:type="dxa"/>
              <w:left w:w="140" w:type="dxa"/>
              <w:bottom w:w="110" w:type="dxa"/>
              <w:right w:w="140" w:type="dxa"/>
            </w:tcMar>
          </w:tcPr>
          <w:p w14:paraId="53F89A7F" w14:textId="77777777" w:rsidR="00143D56" w:rsidRDefault="00000000">
            <w:pPr>
              <w:rPr>
                <w:lang w:eastAsia="ja-JP"/>
              </w:rPr>
            </w:pPr>
            <w:r>
              <w:rPr>
                <w:color w:val="666666"/>
                <w:sz w:val="16"/>
                <w:lang w:eastAsia="ja-JP"/>
              </w:rPr>
              <w:t>記入例：小型の加工サンプルを数点展示し、製品説明パネルおよびカタログを用いて技術紹介を行う予定です。展示スペースが限られる場合は、パネル中心の展示で対応可能です。</w:t>
            </w:r>
          </w:p>
        </w:tc>
      </w:tr>
    </w:tbl>
    <w:p w14:paraId="07459315" w14:textId="77777777" w:rsidR="00143D56" w:rsidRDefault="00143D56">
      <w:pPr>
        <w:spacing w:after="20"/>
        <w:rPr>
          <w:lang w:eastAsia="ja-JP"/>
        </w:rPr>
      </w:pPr>
    </w:p>
    <w:tbl>
      <w:tblPr>
        <w:tblW w:w="0" w:type="auto"/>
        <w:jc w:val="center"/>
        <w:tblLayout w:type="fixed"/>
        <w:tblLook w:val="04A0" w:firstRow="1" w:lastRow="0" w:firstColumn="1" w:lastColumn="0" w:noHBand="0" w:noVBand="1"/>
      </w:tblPr>
      <w:tblGrid>
        <w:gridCol w:w="9639"/>
      </w:tblGrid>
      <w:tr w:rsidR="00143D56" w14:paraId="26019564" w14:textId="77777777">
        <w:trPr>
          <w:jc w:val="center"/>
        </w:trPr>
        <w:tc>
          <w:tcPr>
            <w:tcW w:w="9639" w:type="dxa"/>
            <w:tcBorders>
              <w:top w:val="single" w:sz="6" w:space="0" w:color="B8D4E6"/>
              <w:left w:val="single" w:sz="6" w:space="0" w:color="B8D4E6"/>
              <w:bottom w:val="single" w:sz="6" w:space="0" w:color="B8D4E6"/>
              <w:right w:val="single" w:sz="6" w:space="0" w:color="B8D4E6"/>
            </w:tcBorders>
            <w:shd w:val="clear" w:color="auto" w:fill="DDEBF7"/>
            <w:tcMar>
              <w:top w:w="130" w:type="dxa"/>
              <w:left w:w="160" w:type="dxa"/>
              <w:bottom w:w="130" w:type="dxa"/>
              <w:right w:w="160" w:type="dxa"/>
            </w:tcMar>
            <w:vAlign w:val="center"/>
          </w:tcPr>
          <w:p w14:paraId="1479A6B4" w14:textId="77777777" w:rsidR="00143D56" w:rsidRDefault="00000000">
            <w:pPr>
              <w:spacing w:after="0"/>
              <w:rPr>
                <w:lang w:eastAsia="ja-JP"/>
              </w:rPr>
            </w:pPr>
            <w:r>
              <w:rPr>
                <w:color w:val="1F4E79"/>
                <w:lang w:eastAsia="ja-JP"/>
              </w:rPr>
              <w:t>共同ブースのスペースには限りがあるため、展示内容はパネル・カタログ・小型サンプルを中心とした構成を想定しています。大型設備や大型什器の展示を希望する場合は、参加決定後に個別に調整します。</w:t>
            </w:r>
          </w:p>
        </w:tc>
      </w:tr>
    </w:tbl>
    <w:p w14:paraId="6537F28F" w14:textId="77777777" w:rsidR="00143D56" w:rsidRDefault="00143D56">
      <w:pPr>
        <w:spacing w:after="20"/>
        <w:rPr>
          <w:lang w:eastAsia="ja-JP"/>
        </w:rPr>
      </w:pPr>
    </w:p>
    <w:p w14:paraId="013E58C7" w14:textId="77777777" w:rsidR="00143D56" w:rsidRDefault="00000000">
      <w:pPr>
        <w:pStyle w:val="1"/>
        <w:spacing w:before="160" w:after="60"/>
      </w:pPr>
      <w:r>
        <w:rPr>
          <w:rFonts w:ascii="游ゴシック" w:eastAsia="游ゴシック" w:hAnsi="游ゴシック"/>
          <w:color w:val="1F4E79"/>
          <w:sz w:val="26"/>
        </w:rPr>
        <w:lastRenderedPageBreak/>
        <w:t>8. 宿泊費補助の利用希望</w:t>
      </w:r>
    </w:p>
    <w:tbl>
      <w:tblPr>
        <w:tblStyle w:val="afe"/>
        <w:tblW w:w="0" w:type="auto"/>
        <w:jc w:val="center"/>
        <w:tblLayout w:type="fixed"/>
        <w:tblLook w:val="04A0" w:firstRow="1" w:lastRow="0" w:firstColumn="1" w:lastColumn="0" w:noHBand="0" w:noVBand="1"/>
      </w:tblPr>
      <w:tblGrid>
        <w:gridCol w:w="3419"/>
        <w:gridCol w:w="4195"/>
        <w:gridCol w:w="3419"/>
      </w:tblGrid>
      <w:tr w:rsidR="00143D56" w14:paraId="6C987787" w14:textId="77777777">
        <w:trPr>
          <w:jc w:val="center"/>
        </w:trPr>
        <w:tc>
          <w:tcPr>
            <w:tcW w:w="2268" w:type="dxa"/>
            <w:tcBorders>
              <w:top w:val="single" w:sz="6" w:space="0" w:color="8093A8"/>
              <w:left w:val="single" w:sz="6" w:space="0" w:color="8093A8"/>
              <w:bottom w:val="single" w:sz="6" w:space="0" w:color="8093A8"/>
              <w:right w:val="single" w:sz="6" w:space="0" w:color="8093A8"/>
            </w:tcBorders>
            <w:shd w:val="clear" w:color="auto" w:fill="1F4E79"/>
            <w:tcMar>
              <w:top w:w="95" w:type="dxa"/>
              <w:left w:w="120" w:type="dxa"/>
              <w:bottom w:w="95" w:type="dxa"/>
              <w:right w:w="120" w:type="dxa"/>
            </w:tcMar>
            <w:vAlign w:val="center"/>
          </w:tcPr>
          <w:p w14:paraId="1880734F" w14:textId="77777777" w:rsidR="00143D56" w:rsidRDefault="00000000">
            <w:pPr>
              <w:jc w:val="center"/>
            </w:pPr>
            <w:r>
              <w:rPr>
                <w:b/>
                <w:color w:val="FFFFFF"/>
              </w:rPr>
              <w:t>項目</w:t>
            </w:r>
          </w:p>
        </w:tc>
        <w:tc>
          <w:tcPr>
            <w:tcW w:w="4195" w:type="dxa"/>
            <w:tcBorders>
              <w:top w:val="single" w:sz="6" w:space="0" w:color="8093A8"/>
              <w:left w:val="single" w:sz="6" w:space="0" w:color="8093A8"/>
              <w:bottom w:val="single" w:sz="6" w:space="0" w:color="8093A8"/>
              <w:right w:val="single" w:sz="6" w:space="0" w:color="8093A8"/>
            </w:tcBorders>
            <w:shd w:val="clear" w:color="auto" w:fill="1F4E79"/>
            <w:tcMar>
              <w:top w:w="95" w:type="dxa"/>
              <w:left w:w="120" w:type="dxa"/>
              <w:bottom w:w="95" w:type="dxa"/>
              <w:right w:w="120" w:type="dxa"/>
            </w:tcMar>
            <w:vAlign w:val="center"/>
          </w:tcPr>
          <w:p w14:paraId="620B91BF" w14:textId="77777777" w:rsidR="00143D56" w:rsidRDefault="00000000">
            <w:pPr>
              <w:jc w:val="center"/>
            </w:pPr>
            <w:r>
              <w:rPr>
                <w:b/>
                <w:color w:val="FFFFFF"/>
              </w:rPr>
              <w:t>記入欄</w:t>
            </w:r>
          </w:p>
        </w:tc>
        <w:tc>
          <w:tcPr>
            <w:tcW w:w="3175" w:type="dxa"/>
            <w:tcBorders>
              <w:top w:val="single" w:sz="6" w:space="0" w:color="8093A8"/>
              <w:left w:val="single" w:sz="6" w:space="0" w:color="8093A8"/>
              <w:bottom w:val="single" w:sz="6" w:space="0" w:color="8093A8"/>
              <w:right w:val="single" w:sz="6" w:space="0" w:color="8093A8"/>
            </w:tcBorders>
            <w:shd w:val="clear" w:color="auto" w:fill="1F4E79"/>
            <w:tcMar>
              <w:top w:w="95" w:type="dxa"/>
              <w:left w:w="120" w:type="dxa"/>
              <w:bottom w:w="95" w:type="dxa"/>
              <w:right w:w="120" w:type="dxa"/>
            </w:tcMar>
            <w:vAlign w:val="center"/>
          </w:tcPr>
          <w:p w14:paraId="79F18153" w14:textId="77777777" w:rsidR="00143D56" w:rsidRDefault="00000000">
            <w:pPr>
              <w:jc w:val="center"/>
            </w:pPr>
            <w:r>
              <w:rPr>
                <w:b/>
                <w:color w:val="FFFFFF"/>
              </w:rPr>
              <w:t>記入例・補足</w:t>
            </w:r>
          </w:p>
        </w:tc>
      </w:tr>
      <w:tr w:rsidR="00143D56" w14:paraId="1F5FED96" w14:textId="77777777">
        <w:trPr>
          <w:trHeight w:val="454"/>
          <w:jc w:val="center"/>
        </w:trPr>
        <w:tc>
          <w:tcPr>
            <w:tcW w:w="3419" w:type="dxa"/>
            <w:tcBorders>
              <w:top w:val="single" w:sz="6" w:space="0" w:color="C9C9C9"/>
              <w:left w:val="single" w:sz="6" w:space="0" w:color="C9C9C9"/>
              <w:bottom w:val="single" w:sz="6" w:space="0" w:color="C9C9C9"/>
              <w:right w:val="single" w:sz="6" w:space="0" w:color="C9C9C9"/>
            </w:tcBorders>
            <w:shd w:val="clear" w:color="auto" w:fill="EAF3F8"/>
            <w:tcMar>
              <w:top w:w="110" w:type="dxa"/>
              <w:left w:w="120" w:type="dxa"/>
              <w:bottom w:w="110" w:type="dxa"/>
              <w:right w:w="120" w:type="dxa"/>
            </w:tcMar>
            <w:vAlign w:val="center"/>
          </w:tcPr>
          <w:p w14:paraId="528F7770" w14:textId="77777777" w:rsidR="00143D56" w:rsidRDefault="00000000">
            <w:pPr>
              <w:rPr>
                <w:lang w:eastAsia="ja-JP"/>
              </w:rPr>
            </w:pPr>
            <w:r>
              <w:rPr>
                <w:b/>
                <w:color w:val="1F4E79"/>
                <w:lang w:eastAsia="ja-JP"/>
              </w:rPr>
              <w:t>宿泊費補助の利用希望</w:t>
            </w:r>
          </w:p>
        </w:tc>
        <w:tc>
          <w:tcPr>
            <w:tcW w:w="3419" w:type="dxa"/>
            <w:tcBorders>
              <w:top w:val="single" w:sz="6" w:space="0" w:color="C9C9C9"/>
              <w:left w:val="single" w:sz="6" w:space="0" w:color="C9C9C9"/>
              <w:bottom w:val="single" w:sz="6" w:space="0" w:color="C9C9C9"/>
              <w:right w:val="single" w:sz="6" w:space="0" w:color="C9C9C9"/>
            </w:tcBorders>
            <w:tcMar>
              <w:top w:w="110" w:type="dxa"/>
              <w:left w:w="120" w:type="dxa"/>
              <w:bottom w:w="110" w:type="dxa"/>
              <w:right w:w="120" w:type="dxa"/>
            </w:tcMar>
            <w:vAlign w:val="center"/>
          </w:tcPr>
          <w:p w14:paraId="6DFB9E20" w14:textId="77777777" w:rsidR="00143D56" w:rsidRDefault="00143D56">
            <w:pPr>
              <w:rPr>
                <w:lang w:eastAsia="ja-JP"/>
              </w:rPr>
            </w:pPr>
          </w:p>
        </w:tc>
        <w:tc>
          <w:tcPr>
            <w:tcW w:w="3419" w:type="dxa"/>
            <w:tcBorders>
              <w:top w:val="single" w:sz="6" w:space="0" w:color="C9C9C9"/>
              <w:left w:val="single" w:sz="6" w:space="0" w:color="C9C9C9"/>
              <w:bottom w:val="single" w:sz="6" w:space="0" w:color="C9C9C9"/>
              <w:right w:val="single" w:sz="6" w:space="0" w:color="C9C9C9"/>
            </w:tcBorders>
            <w:shd w:val="clear" w:color="auto" w:fill="F7F7F7"/>
            <w:tcMar>
              <w:top w:w="110" w:type="dxa"/>
              <w:left w:w="120" w:type="dxa"/>
              <w:bottom w:w="110" w:type="dxa"/>
              <w:right w:w="120" w:type="dxa"/>
            </w:tcMar>
            <w:vAlign w:val="center"/>
          </w:tcPr>
          <w:p w14:paraId="0F7BE4D7" w14:textId="77777777" w:rsidR="00143D56" w:rsidRDefault="00000000">
            <w:pPr>
              <w:rPr>
                <w:lang w:eastAsia="ja-JP"/>
              </w:rPr>
            </w:pPr>
            <w:r>
              <w:rPr>
                <w:color w:val="595959"/>
                <w:sz w:val="16"/>
                <w:lang w:eastAsia="ja-JP"/>
              </w:rPr>
              <w:t>□ 希望する　□ 希望しない　□ 未定</w:t>
            </w:r>
          </w:p>
        </w:tc>
      </w:tr>
      <w:tr w:rsidR="00143D56" w14:paraId="44B2B2A8" w14:textId="77777777">
        <w:trPr>
          <w:trHeight w:val="454"/>
          <w:jc w:val="center"/>
        </w:trPr>
        <w:tc>
          <w:tcPr>
            <w:tcW w:w="3419" w:type="dxa"/>
            <w:tcBorders>
              <w:top w:val="single" w:sz="6" w:space="0" w:color="C9C9C9"/>
              <w:left w:val="single" w:sz="6" w:space="0" w:color="C9C9C9"/>
              <w:bottom w:val="single" w:sz="6" w:space="0" w:color="C9C9C9"/>
              <w:right w:val="single" w:sz="6" w:space="0" w:color="C9C9C9"/>
            </w:tcBorders>
            <w:shd w:val="clear" w:color="auto" w:fill="EAF3F8"/>
            <w:tcMar>
              <w:top w:w="110" w:type="dxa"/>
              <w:left w:w="120" w:type="dxa"/>
              <w:bottom w:w="110" w:type="dxa"/>
              <w:right w:w="120" w:type="dxa"/>
            </w:tcMar>
            <w:vAlign w:val="center"/>
          </w:tcPr>
          <w:p w14:paraId="69DF8CD4" w14:textId="77777777" w:rsidR="00143D56" w:rsidRDefault="00000000">
            <w:r>
              <w:rPr>
                <w:b/>
                <w:color w:val="1F4E79"/>
              </w:rPr>
              <w:t>参加予定人数</w:t>
            </w:r>
          </w:p>
        </w:tc>
        <w:tc>
          <w:tcPr>
            <w:tcW w:w="3419" w:type="dxa"/>
            <w:tcBorders>
              <w:top w:val="single" w:sz="6" w:space="0" w:color="C9C9C9"/>
              <w:left w:val="single" w:sz="6" w:space="0" w:color="C9C9C9"/>
              <w:bottom w:val="single" w:sz="6" w:space="0" w:color="C9C9C9"/>
              <w:right w:val="single" w:sz="6" w:space="0" w:color="C9C9C9"/>
            </w:tcBorders>
            <w:tcMar>
              <w:top w:w="110" w:type="dxa"/>
              <w:left w:w="120" w:type="dxa"/>
              <w:bottom w:w="110" w:type="dxa"/>
              <w:right w:w="120" w:type="dxa"/>
            </w:tcMar>
            <w:vAlign w:val="center"/>
          </w:tcPr>
          <w:p w14:paraId="70DF9E56" w14:textId="77777777" w:rsidR="00143D56" w:rsidRDefault="00143D56"/>
        </w:tc>
        <w:tc>
          <w:tcPr>
            <w:tcW w:w="3419" w:type="dxa"/>
            <w:tcBorders>
              <w:top w:val="single" w:sz="6" w:space="0" w:color="C9C9C9"/>
              <w:left w:val="single" w:sz="6" w:space="0" w:color="C9C9C9"/>
              <w:bottom w:val="single" w:sz="6" w:space="0" w:color="C9C9C9"/>
              <w:right w:val="single" w:sz="6" w:space="0" w:color="C9C9C9"/>
            </w:tcBorders>
            <w:shd w:val="clear" w:color="auto" w:fill="F7F7F7"/>
            <w:tcMar>
              <w:top w:w="110" w:type="dxa"/>
              <w:left w:w="120" w:type="dxa"/>
              <w:bottom w:w="110" w:type="dxa"/>
              <w:right w:w="120" w:type="dxa"/>
            </w:tcMar>
            <w:vAlign w:val="center"/>
          </w:tcPr>
          <w:p w14:paraId="63D381A8" w14:textId="77777777" w:rsidR="00143D56" w:rsidRDefault="00000000">
            <w:pPr>
              <w:rPr>
                <w:lang w:eastAsia="ja-JP"/>
              </w:rPr>
            </w:pPr>
            <w:r>
              <w:rPr>
                <w:color w:val="595959"/>
                <w:sz w:val="16"/>
                <w:lang w:eastAsia="ja-JP"/>
              </w:rPr>
              <w:t>1～2名程度など概算で可</w:t>
            </w:r>
          </w:p>
        </w:tc>
      </w:tr>
      <w:tr w:rsidR="00143D56" w14:paraId="30998413" w14:textId="77777777">
        <w:trPr>
          <w:trHeight w:val="539"/>
          <w:jc w:val="center"/>
        </w:trPr>
        <w:tc>
          <w:tcPr>
            <w:tcW w:w="3419" w:type="dxa"/>
            <w:tcBorders>
              <w:top w:val="single" w:sz="6" w:space="0" w:color="C9C9C9"/>
              <w:left w:val="single" w:sz="6" w:space="0" w:color="C9C9C9"/>
              <w:bottom w:val="single" w:sz="6" w:space="0" w:color="C9C9C9"/>
              <w:right w:val="single" w:sz="6" w:space="0" w:color="C9C9C9"/>
            </w:tcBorders>
            <w:shd w:val="clear" w:color="auto" w:fill="EAF3F8"/>
            <w:tcMar>
              <w:top w:w="110" w:type="dxa"/>
              <w:left w:w="120" w:type="dxa"/>
              <w:bottom w:w="110" w:type="dxa"/>
              <w:right w:w="120" w:type="dxa"/>
            </w:tcMar>
            <w:vAlign w:val="center"/>
          </w:tcPr>
          <w:p w14:paraId="678EF8F3" w14:textId="77777777" w:rsidR="00143D56" w:rsidRDefault="00000000">
            <w:r>
              <w:rPr>
                <w:b/>
                <w:color w:val="1F4E79"/>
              </w:rPr>
              <w:t>備考</w:t>
            </w:r>
          </w:p>
        </w:tc>
        <w:tc>
          <w:tcPr>
            <w:tcW w:w="3419" w:type="dxa"/>
            <w:tcBorders>
              <w:top w:val="single" w:sz="6" w:space="0" w:color="C9C9C9"/>
              <w:left w:val="single" w:sz="6" w:space="0" w:color="C9C9C9"/>
              <w:bottom w:val="single" w:sz="6" w:space="0" w:color="C9C9C9"/>
              <w:right w:val="single" w:sz="6" w:space="0" w:color="C9C9C9"/>
            </w:tcBorders>
            <w:tcMar>
              <w:top w:w="110" w:type="dxa"/>
              <w:left w:w="120" w:type="dxa"/>
              <w:bottom w:w="110" w:type="dxa"/>
              <w:right w:w="120" w:type="dxa"/>
            </w:tcMar>
            <w:vAlign w:val="center"/>
          </w:tcPr>
          <w:p w14:paraId="44E871BC" w14:textId="77777777" w:rsidR="00143D56" w:rsidRDefault="00143D56"/>
        </w:tc>
        <w:tc>
          <w:tcPr>
            <w:tcW w:w="3419" w:type="dxa"/>
            <w:tcBorders>
              <w:top w:val="single" w:sz="6" w:space="0" w:color="C9C9C9"/>
              <w:left w:val="single" w:sz="6" w:space="0" w:color="C9C9C9"/>
              <w:bottom w:val="single" w:sz="6" w:space="0" w:color="C9C9C9"/>
              <w:right w:val="single" w:sz="6" w:space="0" w:color="C9C9C9"/>
            </w:tcBorders>
            <w:shd w:val="clear" w:color="auto" w:fill="F7F7F7"/>
            <w:tcMar>
              <w:top w:w="110" w:type="dxa"/>
              <w:left w:w="120" w:type="dxa"/>
              <w:bottom w:w="110" w:type="dxa"/>
              <w:right w:w="120" w:type="dxa"/>
            </w:tcMar>
            <w:vAlign w:val="center"/>
          </w:tcPr>
          <w:p w14:paraId="222E87BF" w14:textId="77777777" w:rsidR="00143D56" w:rsidRDefault="00000000">
            <w:r>
              <w:rPr>
                <w:color w:val="595959"/>
                <w:sz w:val="16"/>
                <w:lang w:eastAsia="ja-JP"/>
              </w:rPr>
              <w:t>現時点で分かる範囲で記入。</w:t>
            </w:r>
            <w:r>
              <w:rPr>
                <w:color w:val="595959"/>
                <w:sz w:val="16"/>
              </w:rPr>
              <w:t>未定でも可</w:t>
            </w:r>
          </w:p>
        </w:tc>
      </w:tr>
    </w:tbl>
    <w:p w14:paraId="144A5D23" w14:textId="77777777" w:rsidR="00143D56" w:rsidRDefault="00143D56">
      <w:pPr>
        <w:spacing w:after="20"/>
      </w:pPr>
    </w:p>
    <w:p w14:paraId="77950B18" w14:textId="77777777" w:rsidR="00143D56" w:rsidRDefault="00000000">
      <w:pPr>
        <w:pStyle w:val="1"/>
        <w:spacing w:before="160" w:after="60"/>
      </w:pPr>
      <w:r>
        <w:rPr>
          <w:rFonts w:ascii="游ゴシック" w:eastAsia="游ゴシック" w:hAnsi="游ゴシック"/>
          <w:color w:val="1F4E79"/>
          <w:sz w:val="26"/>
        </w:rPr>
        <w:t>9. 添付可能な資料</w:t>
      </w:r>
    </w:p>
    <w:p w14:paraId="00E49244" w14:textId="77777777" w:rsidR="00143D56" w:rsidRDefault="00000000">
      <w:pPr>
        <w:spacing w:before="20" w:after="40"/>
        <w:rPr>
          <w:lang w:eastAsia="ja-JP"/>
        </w:rPr>
      </w:pPr>
      <w:r>
        <w:rPr>
          <w:b/>
          <w:color w:val="1F4E79"/>
          <w:sz w:val="19"/>
          <w:lang w:eastAsia="ja-JP"/>
        </w:rPr>
        <w:t>提出可能な資料にチェックしてください。現時点で準備できる範囲で構いません。</w:t>
      </w:r>
    </w:p>
    <w:tbl>
      <w:tblPr>
        <w:tblW w:w="0" w:type="auto"/>
        <w:jc w:val="center"/>
        <w:tblLayout w:type="fixed"/>
        <w:tblLook w:val="04A0" w:firstRow="1" w:lastRow="0" w:firstColumn="1" w:lastColumn="0" w:noHBand="0" w:noVBand="1"/>
      </w:tblPr>
      <w:tblGrid>
        <w:gridCol w:w="4819"/>
        <w:gridCol w:w="4819"/>
      </w:tblGrid>
      <w:tr w:rsidR="00143D56" w14:paraId="520A6E02" w14:textId="77777777">
        <w:trPr>
          <w:jc w:val="center"/>
        </w:trPr>
        <w:tc>
          <w:tcPr>
            <w:tcW w:w="4819" w:type="dxa"/>
            <w:tcBorders>
              <w:top w:val="single" w:sz="6" w:space="0" w:color="D9D9D9"/>
              <w:left w:val="single" w:sz="6" w:space="0" w:color="D9D9D9"/>
              <w:bottom w:val="single" w:sz="6" w:space="0" w:color="D9D9D9"/>
              <w:right w:val="single" w:sz="6" w:space="0" w:color="D9D9D9"/>
            </w:tcBorders>
            <w:tcMar>
              <w:top w:w="105" w:type="dxa"/>
              <w:left w:w="140" w:type="dxa"/>
              <w:bottom w:w="105" w:type="dxa"/>
              <w:right w:w="120" w:type="dxa"/>
            </w:tcMar>
            <w:vAlign w:val="center"/>
          </w:tcPr>
          <w:p w14:paraId="13D2698C" w14:textId="77777777" w:rsidR="00143D56" w:rsidRDefault="00000000">
            <w:r>
              <w:t>□ 会社案内</w:t>
            </w:r>
          </w:p>
        </w:tc>
        <w:tc>
          <w:tcPr>
            <w:tcW w:w="4819" w:type="dxa"/>
            <w:tcBorders>
              <w:top w:val="single" w:sz="6" w:space="0" w:color="D9D9D9"/>
              <w:left w:val="single" w:sz="6" w:space="0" w:color="D9D9D9"/>
              <w:bottom w:val="single" w:sz="6" w:space="0" w:color="D9D9D9"/>
              <w:right w:val="single" w:sz="6" w:space="0" w:color="D9D9D9"/>
            </w:tcBorders>
            <w:tcMar>
              <w:top w:w="105" w:type="dxa"/>
              <w:left w:w="140" w:type="dxa"/>
              <w:bottom w:w="105" w:type="dxa"/>
              <w:right w:w="120" w:type="dxa"/>
            </w:tcMar>
            <w:vAlign w:val="center"/>
          </w:tcPr>
          <w:p w14:paraId="2F5D14E2" w14:textId="77777777" w:rsidR="00143D56" w:rsidRDefault="00000000">
            <w:r>
              <w:t>□ 製品カタログ</w:t>
            </w:r>
          </w:p>
        </w:tc>
      </w:tr>
      <w:tr w:rsidR="00143D56" w14:paraId="286079C5" w14:textId="77777777">
        <w:trPr>
          <w:jc w:val="center"/>
        </w:trPr>
        <w:tc>
          <w:tcPr>
            <w:tcW w:w="4819" w:type="dxa"/>
            <w:tcBorders>
              <w:top w:val="single" w:sz="6" w:space="0" w:color="D9D9D9"/>
              <w:left w:val="single" w:sz="6" w:space="0" w:color="D9D9D9"/>
              <w:bottom w:val="single" w:sz="6" w:space="0" w:color="D9D9D9"/>
              <w:right w:val="single" w:sz="6" w:space="0" w:color="D9D9D9"/>
            </w:tcBorders>
            <w:tcMar>
              <w:top w:w="105" w:type="dxa"/>
              <w:left w:w="140" w:type="dxa"/>
              <w:bottom w:w="105" w:type="dxa"/>
              <w:right w:w="120" w:type="dxa"/>
            </w:tcMar>
            <w:vAlign w:val="center"/>
          </w:tcPr>
          <w:p w14:paraId="099D996D" w14:textId="77777777" w:rsidR="00143D56" w:rsidRDefault="00000000">
            <w:r>
              <w:t>□ 製品写真</w:t>
            </w:r>
          </w:p>
        </w:tc>
        <w:tc>
          <w:tcPr>
            <w:tcW w:w="4819" w:type="dxa"/>
            <w:tcBorders>
              <w:top w:val="single" w:sz="6" w:space="0" w:color="D9D9D9"/>
              <w:left w:val="single" w:sz="6" w:space="0" w:color="D9D9D9"/>
              <w:bottom w:val="single" w:sz="6" w:space="0" w:color="D9D9D9"/>
              <w:right w:val="single" w:sz="6" w:space="0" w:color="D9D9D9"/>
            </w:tcBorders>
            <w:tcMar>
              <w:top w:w="105" w:type="dxa"/>
              <w:left w:w="140" w:type="dxa"/>
              <w:bottom w:w="105" w:type="dxa"/>
              <w:right w:w="120" w:type="dxa"/>
            </w:tcMar>
            <w:vAlign w:val="center"/>
          </w:tcPr>
          <w:p w14:paraId="7E94C610" w14:textId="77777777" w:rsidR="00143D56" w:rsidRDefault="00000000">
            <w:r>
              <w:t>□ 会社ロゴ</w:t>
            </w:r>
          </w:p>
        </w:tc>
      </w:tr>
      <w:tr w:rsidR="00143D56" w14:paraId="36332758" w14:textId="77777777">
        <w:trPr>
          <w:jc w:val="center"/>
        </w:trPr>
        <w:tc>
          <w:tcPr>
            <w:tcW w:w="4819" w:type="dxa"/>
            <w:tcBorders>
              <w:top w:val="single" w:sz="6" w:space="0" w:color="D9D9D9"/>
              <w:left w:val="single" w:sz="6" w:space="0" w:color="D9D9D9"/>
              <w:bottom w:val="single" w:sz="6" w:space="0" w:color="D9D9D9"/>
              <w:right w:val="single" w:sz="6" w:space="0" w:color="D9D9D9"/>
            </w:tcBorders>
            <w:tcMar>
              <w:top w:w="105" w:type="dxa"/>
              <w:left w:w="140" w:type="dxa"/>
              <w:bottom w:w="105" w:type="dxa"/>
              <w:right w:w="120" w:type="dxa"/>
            </w:tcMar>
            <w:vAlign w:val="center"/>
          </w:tcPr>
          <w:p w14:paraId="5FFCED02" w14:textId="77777777" w:rsidR="00143D56" w:rsidRDefault="00000000">
            <w:pPr>
              <w:rPr>
                <w:lang w:eastAsia="ja-JP"/>
              </w:rPr>
            </w:pPr>
            <w:r>
              <w:rPr>
                <w:lang w:eastAsia="ja-JP"/>
              </w:rPr>
              <w:t>□ その他資料（　　　　　　　）</w:t>
            </w:r>
          </w:p>
        </w:tc>
        <w:tc>
          <w:tcPr>
            <w:tcW w:w="4819" w:type="dxa"/>
            <w:tcBorders>
              <w:top w:val="single" w:sz="6" w:space="0" w:color="D9D9D9"/>
              <w:left w:val="single" w:sz="6" w:space="0" w:color="D9D9D9"/>
              <w:bottom w:val="single" w:sz="6" w:space="0" w:color="D9D9D9"/>
              <w:right w:val="single" w:sz="6" w:space="0" w:color="D9D9D9"/>
            </w:tcBorders>
            <w:tcMar>
              <w:top w:w="105" w:type="dxa"/>
              <w:left w:w="140" w:type="dxa"/>
              <w:bottom w:w="105" w:type="dxa"/>
              <w:right w:w="120" w:type="dxa"/>
            </w:tcMar>
            <w:vAlign w:val="center"/>
          </w:tcPr>
          <w:p w14:paraId="738610EB" w14:textId="77777777" w:rsidR="00143D56" w:rsidRDefault="00143D56">
            <w:pPr>
              <w:rPr>
                <w:lang w:eastAsia="ja-JP"/>
              </w:rPr>
            </w:pPr>
          </w:p>
        </w:tc>
      </w:tr>
    </w:tbl>
    <w:p w14:paraId="637805D2" w14:textId="77777777" w:rsidR="00143D56" w:rsidRDefault="00143D56">
      <w:pPr>
        <w:spacing w:after="20"/>
        <w:rPr>
          <w:lang w:eastAsia="ja-JP"/>
        </w:rPr>
      </w:pPr>
    </w:p>
    <w:p w14:paraId="63F14F23" w14:textId="77777777" w:rsidR="00143D56" w:rsidRDefault="00000000">
      <w:pPr>
        <w:pStyle w:val="1"/>
        <w:spacing w:before="160" w:after="60"/>
        <w:rPr>
          <w:lang w:eastAsia="ja-JP"/>
        </w:rPr>
      </w:pPr>
      <w:r>
        <w:rPr>
          <w:rFonts w:ascii="游ゴシック" w:eastAsia="游ゴシック" w:hAnsi="游ゴシック"/>
          <w:color w:val="1F4E79"/>
          <w:sz w:val="26"/>
          <w:lang w:eastAsia="ja-JP"/>
        </w:rPr>
        <w:t>10. その他・財団への希望事項</w:t>
      </w:r>
    </w:p>
    <w:p w14:paraId="25CDC98B" w14:textId="77777777" w:rsidR="00143D56" w:rsidRDefault="00000000">
      <w:pPr>
        <w:spacing w:before="40" w:after="40"/>
        <w:rPr>
          <w:lang w:eastAsia="ja-JP"/>
        </w:rPr>
      </w:pPr>
      <w:r>
        <w:rPr>
          <w:b/>
          <w:color w:val="1F4E79"/>
          <w:sz w:val="19"/>
          <w:lang w:eastAsia="ja-JP"/>
        </w:rPr>
        <w:t>出展にあたり、財団への相談事項や希望する支援があればご記入ください。</w:t>
      </w:r>
    </w:p>
    <w:tbl>
      <w:tblPr>
        <w:tblW w:w="0" w:type="auto"/>
        <w:jc w:val="center"/>
        <w:tblLayout w:type="fixed"/>
        <w:tblLook w:val="04A0" w:firstRow="1" w:lastRow="0" w:firstColumn="1" w:lastColumn="0" w:noHBand="0" w:noVBand="1"/>
      </w:tblPr>
      <w:tblGrid>
        <w:gridCol w:w="9639"/>
      </w:tblGrid>
      <w:tr w:rsidR="00143D56" w14:paraId="463F29E8" w14:textId="77777777">
        <w:trPr>
          <w:jc w:val="center"/>
        </w:trPr>
        <w:tc>
          <w:tcPr>
            <w:tcW w:w="9639" w:type="dxa"/>
            <w:tcBorders>
              <w:top w:val="single" w:sz="6" w:space="0" w:color="C9C9C9"/>
              <w:left w:val="single" w:sz="6" w:space="0" w:color="C9C9C9"/>
              <w:bottom w:val="single" w:sz="6" w:space="0" w:color="C9C9C9"/>
              <w:right w:val="single" w:sz="6" w:space="0" w:color="C9C9C9"/>
            </w:tcBorders>
            <w:tcMar>
              <w:top w:w="110" w:type="dxa"/>
              <w:left w:w="140" w:type="dxa"/>
              <w:bottom w:w="110" w:type="dxa"/>
              <w:right w:w="140" w:type="dxa"/>
            </w:tcMar>
          </w:tcPr>
          <w:p w14:paraId="3B7B4B86" w14:textId="77777777" w:rsidR="00143D56" w:rsidRDefault="00143D56">
            <w:pPr>
              <w:rPr>
                <w:lang w:eastAsia="ja-JP"/>
              </w:rPr>
            </w:pPr>
          </w:p>
        </w:tc>
      </w:tr>
      <w:tr w:rsidR="00143D56" w14:paraId="3F8E1015" w14:textId="77777777">
        <w:trPr>
          <w:jc w:val="center"/>
        </w:trPr>
        <w:tc>
          <w:tcPr>
            <w:tcW w:w="9639" w:type="dxa"/>
            <w:tcBorders>
              <w:top w:val="single" w:sz="6" w:space="0" w:color="C9C9C9"/>
              <w:left w:val="single" w:sz="6" w:space="0" w:color="C9C9C9"/>
              <w:bottom w:val="single" w:sz="6" w:space="0" w:color="C9C9C9"/>
              <w:right w:val="single" w:sz="6" w:space="0" w:color="C9C9C9"/>
            </w:tcBorders>
            <w:shd w:val="clear" w:color="auto" w:fill="F7F7F7"/>
            <w:tcMar>
              <w:top w:w="110" w:type="dxa"/>
              <w:left w:w="140" w:type="dxa"/>
              <w:bottom w:w="110" w:type="dxa"/>
              <w:right w:w="140" w:type="dxa"/>
            </w:tcMar>
          </w:tcPr>
          <w:p w14:paraId="58FBCD9F" w14:textId="77777777" w:rsidR="00143D56" w:rsidRDefault="00000000">
            <w:pPr>
              <w:rPr>
                <w:lang w:eastAsia="ja-JP"/>
              </w:rPr>
            </w:pPr>
            <w:r>
              <w:rPr>
                <w:color w:val="666666"/>
                <w:sz w:val="16"/>
                <w:lang w:eastAsia="ja-JP"/>
              </w:rPr>
              <w:t>記入例：韓国語資料の翻訳支援、韓国企業への事前紹介、商談時の通訳支援について相談したいです。</w:t>
            </w:r>
          </w:p>
        </w:tc>
      </w:tr>
    </w:tbl>
    <w:p w14:paraId="3A0FF5F2" w14:textId="77777777" w:rsidR="00143D56" w:rsidRDefault="00143D56">
      <w:pPr>
        <w:spacing w:after="20"/>
        <w:rPr>
          <w:lang w:eastAsia="ja-JP"/>
        </w:rPr>
      </w:pPr>
    </w:p>
    <w:p w14:paraId="37ECC4CB" w14:textId="77777777" w:rsidR="00143D56" w:rsidRDefault="00000000">
      <w:pPr>
        <w:pStyle w:val="1"/>
        <w:spacing w:before="160" w:after="60"/>
      </w:pPr>
      <w:r>
        <w:rPr>
          <w:rFonts w:ascii="游ゴシック" w:eastAsia="游ゴシック" w:hAnsi="游ゴシック"/>
          <w:color w:val="1F4E79"/>
          <w:sz w:val="26"/>
        </w:rPr>
        <w:t>11. 申込確認欄</w:t>
      </w:r>
    </w:p>
    <w:tbl>
      <w:tblPr>
        <w:tblStyle w:val="afe"/>
        <w:tblW w:w="0" w:type="auto"/>
        <w:jc w:val="center"/>
        <w:tblLayout w:type="fixed"/>
        <w:tblLook w:val="04A0" w:firstRow="1" w:lastRow="0" w:firstColumn="1" w:lastColumn="0" w:noHBand="0" w:noVBand="1"/>
      </w:tblPr>
      <w:tblGrid>
        <w:gridCol w:w="3419"/>
        <w:gridCol w:w="4195"/>
        <w:gridCol w:w="3419"/>
      </w:tblGrid>
      <w:tr w:rsidR="00143D56" w14:paraId="6A315C7F" w14:textId="77777777" w:rsidTr="6ACA9549">
        <w:trPr>
          <w:jc w:val="center"/>
        </w:trPr>
        <w:tc>
          <w:tcPr>
            <w:tcW w:w="2268" w:type="dxa"/>
            <w:tcBorders>
              <w:top w:val="single" w:sz="6" w:space="0" w:color="8093A8"/>
              <w:left w:val="single" w:sz="6" w:space="0" w:color="8093A8"/>
              <w:bottom w:val="single" w:sz="6" w:space="0" w:color="8093A8"/>
              <w:right w:val="single" w:sz="6" w:space="0" w:color="8093A8"/>
            </w:tcBorders>
            <w:shd w:val="clear" w:color="auto" w:fill="1F4E79"/>
            <w:tcMar>
              <w:top w:w="95" w:type="dxa"/>
              <w:left w:w="120" w:type="dxa"/>
              <w:bottom w:w="95" w:type="dxa"/>
              <w:right w:w="120" w:type="dxa"/>
            </w:tcMar>
            <w:vAlign w:val="center"/>
          </w:tcPr>
          <w:p w14:paraId="2AE4B7DD" w14:textId="77777777" w:rsidR="00143D56" w:rsidRDefault="00000000">
            <w:pPr>
              <w:jc w:val="center"/>
            </w:pPr>
            <w:r>
              <w:rPr>
                <w:b/>
                <w:color w:val="FFFFFF"/>
              </w:rPr>
              <w:t>項目</w:t>
            </w:r>
          </w:p>
        </w:tc>
        <w:tc>
          <w:tcPr>
            <w:tcW w:w="4195" w:type="dxa"/>
            <w:tcBorders>
              <w:top w:val="single" w:sz="6" w:space="0" w:color="8093A8"/>
              <w:left w:val="single" w:sz="6" w:space="0" w:color="8093A8"/>
              <w:bottom w:val="single" w:sz="6" w:space="0" w:color="8093A8"/>
              <w:right w:val="single" w:sz="6" w:space="0" w:color="8093A8"/>
            </w:tcBorders>
            <w:shd w:val="clear" w:color="auto" w:fill="1F4E79"/>
            <w:tcMar>
              <w:top w:w="95" w:type="dxa"/>
              <w:left w:w="120" w:type="dxa"/>
              <w:bottom w:w="95" w:type="dxa"/>
              <w:right w:w="120" w:type="dxa"/>
            </w:tcMar>
            <w:vAlign w:val="center"/>
          </w:tcPr>
          <w:p w14:paraId="11376FAB" w14:textId="77777777" w:rsidR="00143D56" w:rsidRDefault="00000000">
            <w:pPr>
              <w:jc w:val="center"/>
            </w:pPr>
            <w:r>
              <w:rPr>
                <w:b/>
                <w:color w:val="FFFFFF"/>
              </w:rPr>
              <w:t>記入欄</w:t>
            </w:r>
          </w:p>
        </w:tc>
        <w:tc>
          <w:tcPr>
            <w:tcW w:w="3175" w:type="dxa"/>
            <w:tcBorders>
              <w:top w:val="single" w:sz="6" w:space="0" w:color="8093A8"/>
              <w:left w:val="single" w:sz="6" w:space="0" w:color="8093A8"/>
              <w:bottom w:val="single" w:sz="6" w:space="0" w:color="8093A8"/>
              <w:right w:val="single" w:sz="6" w:space="0" w:color="8093A8"/>
            </w:tcBorders>
            <w:shd w:val="clear" w:color="auto" w:fill="1F4E79"/>
            <w:tcMar>
              <w:top w:w="95" w:type="dxa"/>
              <w:left w:w="120" w:type="dxa"/>
              <w:bottom w:w="95" w:type="dxa"/>
              <w:right w:w="120" w:type="dxa"/>
            </w:tcMar>
            <w:vAlign w:val="center"/>
          </w:tcPr>
          <w:p w14:paraId="69CDF602" w14:textId="77777777" w:rsidR="00143D56" w:rsidRDefault="00000000">
            <w:pPr>
              <w:jc w:val="center"/>
            </w:pPr>
            <w:r>
              <w:rPr>
                <w:b/>
                <w:color w:val="FFFFFF"/>
              </w:rPr>
              <w:t>記入例・補足</w:t>
            </w:r>
          </w:p>
        </w:tc>
      </w:tr>
      <w:tr w:rsidR="00143D56" w14:paraId="303D99E7" w14:textId="77777777" w:rsidTr="6ACA9549">
        <w:trPr>
          <w:trHeight w:val="442"/>
          <w:jc w:val="center"/>
        </w:trPr>
        <w:tc>
          <w:tcPr>
            <w:tcW w:w="3419" w:type="dxa"/>
            <w:tcBorders>
              <w:top w:val="single" w:sz="6" w:space="0" w:color="C9C9C9"/>
              <w:left w:val="single" w:sz="6" w:space="0" w:color="C9C9C9"/>
              <w:bottom w:val="single" w:sz="6" w:space="0" w:color="C9C9C9"/>
              <w:right w:val="single" w:sz="6" w:space="0" w:color="C9C9C9"/>
            </w:tcBorders>
            <w:shd w:val="clear" w:color="auto" w:fill="EAF3F8"/>
            <w:tcMar>
              <w:top w:w="110" w:type="dxa"/>
              <w:left w:w="120" w:type="dxa"/>
              <w:bottom w:w="110" w:type="dxa"/>
              <w:right w:w="120" w:type="dxa"/>
            </w:tcMar>
            <w:vAlign w:val="center"/>
          </w:tcPr>
          <w:p w14:paraId="44E040A2" w14:textId="77777777" w:rsidR="00143D56" w:rsidRDefault="00000000">
            <w:r>
              <w:rPr>
                <w:b/>
                <w:color w:val="1F4E79"/>
              </w:rPr>
              <w:t>申込日</w:t>
            </w:r>
          </w:p>
        </w:tc>
        <w:tc>
          <w:tcPr>
            <w:tcW w:w="3419" w:type="dxa"/>
            <w:tcBorders>
              <w:top w:val="single" w:sz="6" w:space="0" w:color="C9C9C9"/>
              <w:left w:val="single" w:sz="6" w:space="0" w:color="C9C9C9"/>
              <w:bottom w:val="single" w:sz="6" w:space="0" w:color="C9C9C9"/>
              <w:right w:val="single" w:sz="6" w:space="0" w:color="C9C9C9"/>
            </w:tcBorders>
            <w:tcMar>
              <w:top w:w="110" w:type="dxa"/>
              <w:left w:w="120" w:type="dxa"/>
              <w:bottom w:w="110" w:type="dxa"/>
              <w:right w:w="120" w:type="dxa"/>
            </w:tcMar>
            <w:vAlign w:val="center"/>
          </w:tcPr>
          <w:p w14:paraId="5630AD66" w14:textId="77777777" w:rsidR="00143D56" w:rsidRDefault="00143D56"/>
        </w:tc>
        <w:tc>
          <w:tcPr>
            <w:tcW w:w="3419" w:type="dxa"/>
            <w:tcBorders>
              <w:top w:val="single" w:sz="6" w:space="0" w:color="C9C9C9"/>
              <w:left w:val="single" w:sz="6" w:space="0" w:color="C9C9C9"/>
              <w:bottom w:val="single" w:sz="6" w:space="0" w:color="C9C9C9"/>
              <w:right w:val="single" w:sz="6" w:space="0" w:color="C9C9C9"/>
            </w:tcBorders>
            <w:shd w:val="clear" w:color="auto" w:fill="F7F7F7"/>
            <w:tcMar>
              <w:top w:w="110" w:type="dxa"/>
              <w:left w:w="120" w:type="dxa"/>
              <w:bottom w:w="110" w:type="dxa"/>
              <w:right w:w="120" w:type="dxa"/>
            </w:tcMar>
            <w:vAlign w:val="center"/>
          </w:tcPr>
          <w:p w14:paraId="43AC250D" w14:textId="77777777" w:rsidR="00143D56" w:rsidRDefault="6ACA9549">
            <w:r w:rsidRPr="6ACA9549">
              <w:rPr>
                <w:color w:val="595959" w:themeColor="text1" w:themeTint="A6"/>
                <w:sz w:val="16"/>
                <w:szCs w:val="16"/>
              </w:rPr>
              <w:t>2026</w:t>
            </w:r>
            <w:bookmarkStart w:id="0" w:name="_Int_hg1ocOC3"/>
            <w:r w:rsidRPr="6ACA9549">
              <w:rPr>
                <w:color w:val="595959" w:themeColor="text1" w:themeTint="A6"/>
                <w:sz w:val="16"/>
                <w:szCs w:val="16"/>
              </w:rPr>
              <w:t>年　　月</w:t>
            </w:r>
            <w:bookmarkEnd w:id="0"/>
            <w:r w:rsidRPr="6ACA9549">
              <w:rPr>
                <w:color w:val="595959" w:themeColor="text1" w:themeTint="A6"/>
                <w:sz w:val="16"/>
                <w:szCs w:val="16"/>
              </w:rPr>
              <w:t xml:space="preserve">　　日</w:t>
            </w:r>
          </w:p>
        </w:tc>
      </w:tr>
      <w:tr w:rsidR="00143D56" w14:paraId="27BC9909" w14:textId="77777777" w:rsidTr="6ACA9549">
        <w:trPr>
          <w:trHeight w:val="442"/>
          <w:jc w:val="center"/>
        </w:trPr>
        <w:tc>
          <w:tcPr>
            <w:tcW w:w="3419" w:type="dxa"/>
            <w:tcBorders>
              <w:top w:val="single" w:sz="6" w:space="0" w:color="C9C9C9"/>
              <w:left w:val="single" w:sz="6" w:space="0" w:color="C9C9C9"/>
              <w:bottom w:val="single" w:sz="6" w:space="0" w:color="C9C9C9"/>
              <w:right w:val="single" w:sz="6" w:space="0" w:color="C9C9C9"/>
            </w:tcBorders>
            <w:shd w:val="clear" w:color="auto" w:fill="EAF3F8"/>
            <w:tcMar>
              <w:top w:w="110" w:type="dxa"/>
              <w:left w:w="120" w:type="dxa"/>
              <w:bottom w:w="110" w:type="dxa"/>
              <w:right w:w="120" w:type="dxa"/>
            </w:tcMar>
            <w:vAlign w:val="center"/>
          </w:tcPr>
          <w:p w14:paraId="35482426" w14:textId="77777777" w:rsidR="00143D56" w:rsidRDefault="00000000">
            <w:r>
              <w:rPr>
                <w:b/>
                <w:color w:val="1F4E79"/>
              </w:rPr>
              <w:t>企業名</w:t>
            </w:r>
          </w:p>
        </w:tc>
        <w:tc>
          <w:tcPr>
            <w:tcW w:w="3419" w:type="dxa"/>
            <w:tcBorders>
              <w:top w:val="single" w:sz="6" w:space="0" w:color="C9C9C9"/>
              <w:left w:val="single" w:sz="6" w:space="0" w:color="C9C9C9"/>
              <w:bottom w:val="single" w:sz="6" w:space="0" w:color="C9C9C9"/>
              <w:right w:val="single" w:sz="6" w:space="0" w:color="C9C9C9"/>
            </w:tcBorders>
            <w:tcMar>
              <w:top w:w="110" w:type="dxa"/>
              <w:left w:w="120" w:type="dxa"/>
              <w:bottom w:w="110" w:type="dxa"/>
              <w:right w:w="120" w:type="dxa"/>
            </w:tcMar>
            <w:vAlign w:val="center"/>
          </w:tcPr>
          <w:p w14:paraId="61829076" w14:textId="77777777" w:rsidR="00143D56" w:rsidRDefault="00143D56"/>
        </w:tc>
        <w:tc>
          <w:tcPr>
            <w:tcW w:w="3419" w:type="dxa"/>
            <w:tcBorders>
              <w:top w:val="single" w:sz="6" w:space="0" w:color="C9C9C9"/>
              <w:left w:val="single" w:sz="6" w:space="0" w:color="C9C9C9"/>
              <w:bottom w:val="single" w:sz="6" w:space="0" w:color="C9C9C9"/>
              <w:right w:val="single" w:sz="6" w:space="0" w:color="C9C9C9"/>
            </w:tcBorders>
            <w:shd w:val="clear" w:color="auto" w:fill="F7F7F7"/>
            <w:tcMar>
              <w:top w:w="110" w:type="dxa"/>
              <w:left w:w="120" w:type="dxa"/>
              <w:bottom w:w="110" w:type="dxa"/>
              <w:right w:w="120" w:type="dxa"/>
            </w:tcMar>
            <w:vAlign w:val="center"/>
          </w:tcPr>
          <w:p w14:paraId="61DD0920" w14:textId="77777777" w:rsidR="00143D56" w:rsidRDefault="00000000">
            <w:r>
              <w:rPr>
                <w:color w:val="595959"/>
                <w:sz w:val="16"/>
              </w:rPr>
              <w:t>〇〇精密工業株式会社</w:t>
            </w:r>
          </w:p>
        </w:tc>
      </w:tr>
      <w:tr w:rsidR="00143D56" w14:paraId="0ADF7094" w14:textId="77777777" w:rsidTr="6ACA9549">
        <w:trPr>
          <w:trHeight w:val="442"/>
          <w:jc w:val="center"/>
        </w:trPr>
        <w:tc>
          <w:tcPr>
            <w:tcW w:w="3419" w:type="dxa"/>
            <w:tcBorders>
              <w:top w:val="single" w:sz="6" w:space="0" w:color="C9C9C9"/>
              <w:left w:val="single" w:sz="6" w:space="0" w:color="C9C9C9"/>
              <w:bottom w:val="single" w:sz="6" w:space="0" w:color="C9C9C9"/>
              <w:right w:val="single" w:sz="6" w:space="0" w:color="C9C9C9"/>
            </w:tcBorders>
            <w:shd w:val="clear" w:color="auto" w:fill="EAF3F8"/>
            <w:tcMar>
              <w:top w:w="110" w:type="dxa"/>
              <w:left w:w="120" w:type="dxa"/>
              <w:bottom w:w="110" w:type="dxa"/>
              <w:right w:w="120" w:type="dxa"/>
            </w:tcMar>
            <w:vAlign w:val="center"/>
          </w:tcPr>
          <w:p w14:paraId="7B671A74" w14:textId="77777777" w:rsidR="00143D56" w:rsidRDefault="00000000">
            <w:r>
              <w:rPr>
                <w:b/>
                <w:color w:val="1F4E79"/>
              </w:rPr>
              <w:t>担当者名</w:t>
            </w:r>
          </w:p>
        </w:tc>
        <w:tc>
          <w:tcPr>
            <w:tcW w:w="3419" w:type="dxa"/>
            <w:tcBorders>
              <w:top w:val="single" w:sz="6" w:space="0" w:color="C9C9C9"/>
              <w:left w:val="single" w:sz="6" w:space="0" w:color="C9C9C9"/>
              <w:bottom w:val="single" w:sz="6" w:space="0" w:color="C9C9C9"/>
              <w:right w:val="single" w:sz="6" w:space="0" w:color="C9C9C9"/>
            </w:tcBorders>
            <w:tcMar>
              <w:top w:w="110" w:type="dxa"/>
              <w:left w:w="120" w:type="dxa"/>
              <w:bottom w:w="110" w:type="dxa"/>
              <w:right w:w="120" w:type="dxa"/>
            </w:tcMar>
            <w:vAlign w:val="center"/>
          </w:tcPr>
          <w:p w14:paraId="2BA226A1" w14:textId="77777777" w:rsidR="00143D56" w:rsidRDefault="00143D56"/>
        </w:tc>
        <w:tc>
          <w:tcPr>
            <w:tcW w:w="3419" w:type="dxa"/>
            <w:tcBorders>
              <w:top w:val="single" w:sz="6" w:space="0" w:color="C9C9C9"/>
              <w:left w:val="single" w:sz="6" w:space="0" w:color="C9C9C9"/>
              <w:bottom w:val="single" w:sz="6" w:space="0" w:color="C9C9C9"/>
              <w:right w:val="single" w:sz="6" w:space="0" w:color="C9C9C9"/>
            </w:tcBorders>
            <w:shd w:val="clear" w:color="auto" w:fill="F7F7F7"/>
            <w:tcMar>
              <w:top w:w="110" w:type="dxa"/>
              <w:left w:w="120" w:type="dxa"/>
              <w:bottom w:w="110" w:type="dxa"/>
              <w:right w:w="120" w:type="dxa"/>
            </w:tcMar>
            <w:vAlign w:val="center"/>
          </w:tcPr>
          <w:p w14:paraId="304CF857" w14:textId="77777777" w:rsidR="00143D56" w:rsidRDefault="00000000">
            <w:r>
              <w:rPr>
                <w:color w:val="595959"/>
                <w:sz w:val="16"/>
              </w:rPr>
              <w:t>山田 太郎</w:t>
            </w:r>
          </w:p>
        </w:tc>
      </w:tr>
    </w:tbl>
    <w:p w14:paraId="17AD93B2" w14:textId="77777777" w:rsidR="00143D56" w:rsidRDefault="00143D56">
      <w:pPr>
        <w:spacing w:after="20"/>
      </w:pPr>
    </w:p>
    <w:tbl>
      <w:tblPr>
        <w:tblW w:w="0" w:type="auto"/>
        <w:jc w:val="center"/>
        <w:tblLayout w:type="fixed"/>
        <w:tblLook w:val="04A0" w:firstRow="1" w:lastRow="0" w:firstColumn="1" w:lastColumn="0" w:noHBand="0" w:noVBand="1"/>
      </w:tblPr>
      <w:tblGrid>
        <w:gridCol w:w="9639"/>
      </w:tblGrid>
      <w:tr w:rsidR="00143D56" w14:paraId="0588955C" w14:textId="77777777">
        <w:trPr>
          <w:jc w:val="center"/>
        </w:trPr>
        <w:tc>
          <w:tcPr>
            <w:tcW w:w="9639" w:type="dxa"/>
            <w:tcBorders>
              <w:top w:val="single" w:sz="6" w:space="0" w:color="B8D4E6"/>
              <w:left w:val="single" w:sz="6" w:space="0" w:color="B8D4E6"/>
              <w:bottom w:val="single" w:sz="6" w:space="0" w:color="B8D4E6"/>
              <w:right w:val="single" w:sz="6" w:space="0" w:color="B8D4E6"/>
            </w:tcBorders>
            <w:shd w:val="clear" w:color="auto" w:fill="DDEBF7"/>
            <w:tcMar>
              <w:top w:w="130" w:type="dxa"/>
              <w:left w:w="160" w:type="dxa"/>
              <w:bottom w:w="130" w:type="dxa"/>
              <w:right w:w="160" w:type="dxa"/>
            </w:tcMar>
            <w:vAlign w:val="center"/>
          </w:tcPr>
          <w:p w14:paraId="3AAC1B09" w14:textId="77777777" w:rsidR="00143D56" w:rsidRDefault="00000000">
            <w:pPr>
              <w:spacing w:after="0"/>
              <w:rPr>
                <w:lang w:eastAsia="ja-JP"/>
              </w:rPr>
            </w:pPr>
            <w:r>
              <w:rPr>
                <w:b/>
                <w:color w:val="1F4E79"/>
                <w:sz w:val="20"/>
                <w:lang w:eastAsia="ja-JP"/>
              </w:rPr>
              <w:t>提出後の流れ</w:t>
            </w:r>
            <w:r>
              <w:rPr>
                <w:b/>
                <w:color w:val="1F4E79"/>
                <w:sz w:val="20"/>
                <w:lang w:eastAsia="ja-JP"/>
              </w:rPr>
              <w:br/>
            </w:r>
            <w:r>
              <w:rPr>
                <w:color w:val="1F4E79"/>
                <w:lang w:eastAsia="ja-JP"/>
              </w:rPr>
              <w:lastRenderedPageBreak/>
              <w:t>1. 申込書提出 → 2. 当財団による内容確認 → 3. 必要に応じて個別ヒアリング → 4. 参加企業の決定 → 5. 参加決定後、出展準備シートを提出</w:t>
            </w:r>
          </w:p>
        </w:tc>
      </w:tr>
    </w:tbl>
    <w:p w14:paraId="0DE4B5B7" w14:textId="77777777" w:rsidR="00143D56" w:rsidRDefault="00143D56">
      <w:pPr>
        <w:spacing w:after="20"/>
        <w:rPr>
          <w:lang w:eastAsia="ja-JP"/>
        </w:rPr>
      </w:pPr>
    </w:p>
    <w:sectPr w:rsidR="00143D56" w:rsidSect="00034616">
      <w:footerReference w:type="default" r:id="rId11"/>
      <w:pgSz w:w="12240" w:h="15840"/>
      <w:pgMar w:top="850" w:right="992" w:bottom="822" w:left="99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35BC26" w14:textId="77777777" w:rsidR="00041651" w:rsidRDefault="00041651">
      <w:pPr>
        <w:spacing w:after="0" w:line="240" w:lineRule="auto"/>
      </w:pPr>
      <w:r>
        <w:separator/>
      </w:r>
    </w:p>
  </w:endnote>
  <w:endnote w:type="continuationSeparator" w:id="0">
    <w:p w14:paraId="19302A3D" w14:textId="77777777" w:rsidR="00041651" w:rsidRDefault="000416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ＭＳ 明朝">
    <w:altName w:val="MS Mincho"/>
    <w:panose1 w:val="02020609040205080304"/>
    <w:charset w:val="80"/>
    <w:family w:val="roman"/>
    <w:pitch w:val="fixed"/>
    <w:sig w:usb0="E00002FF" w:usb1="6AC7FDFB" w:usb2="08000012" w:usb3="00000000" w:csb0="0002009F" w:csb1="00000000"/>
  </w:font>
  <w:font w:name="游ゴシック">
    <w:altName w:val="Yu Gothic"/>
    <w:panose1 w:val="020B0400000000000000"/>
    <w:charset w:val="80"/>
    <w:family w:val="modern"/>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w:panose1 w:val="02070409020205020404"/>
    <w:charset w:val="00"/>
    <w:family w:val="auto"/>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F64D9C" w14:textId="77777777" w:rsidR="00143D56" w:rsidRDefault="00000000">
    <w:pPr>
      <w:pStyle w:val="a7"/>
      <w:jc w:val="center"/>
    </w:pPr>
    <w:r>
      <w:rPr>
        <w:color w:val="808080"/>
        <w:sz w:val="16"/>
      </w:rPr>
      <w:t>SEDEX 2026 日本企業共同出展 出展申込書（簡素版・改訂版）</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8C4CF2" w14:textId="77777777" w:rsidR="00041651" w:rsidRDefault="00041651">
      <w:pPr>
        <w:spacing w:after="0" w:line="240" w:lineRule="auto"/>
      </w:pPr>
      <w:r>
        <w:separator/>
      </w:r>
    </w:p>
  </w:footnote>
  <w:footnote w:type="continuationSeparator" w:id="0">
    <w:p w14:paraId="5E030DBD" w14:textId="77777777" w:rsidR="00041651" w:rsidRDefault="00041651">
      <w:pPr>
        <w:spacing w:after="0" w:line="240" w:lineRule="auto"/>
      </w:pPr>
      <w:r>
        <w:continuationSeparator/>
      </w:r>
    </w:p>
  </w:footnote>
</w:footnotes>
</file>

<file path=word/intelligence2.xml><?xml version="1.0" encoding="utf-8"?>
<int2:intelligence xmlns:int2="http://schemas.microsoft.com/office/intelligence/2020/intelligence" xmlns:oel="http://schemas.microsoft.com/office/2019/extlst">
  <int2:observations>
    <int2:bookmark int2:bookmarkName="_Int_hg1ocOC3" int2:invalidationBookmarkName="" int2:hashCode="AVPbVlYQTW/897" int2:id="GNl4UtjJ">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16cid:durableId="1965883885">
    <w:abstractNumId w:val="8"/>
  </w:num>
  <w:num w:numId="2" w16cid:durableId="1427336859">
    <w:abstractNumId w:val="6"/>
  </w:num>
  <w:num w:numId="3" w16cid:durableId="2047214432">
    <w:abstractNumId w:val="5"/>
  </w:num>
  <w:num w:numId="4" w16cid:durableId="460658637">
    <w:abstractNumId w:val="4"/>
  </w:num>
  <w:num w:numId="5" w16cid:durableId="81412103">
    <w:abstractNumId w:val="7"/>
  </w:num>
  <w:num w:numId="6" w16cid:durableId="186918655">
    <w:abstractNumId w:val="3"/>
  </w:num>
  <w:num w:numId="7" w16cid:durableId="531382590">
    <w:abstractNumId w:val="2"/>
  </w:num>
  <w:num w:numId="8" w16cid:durableId="75714718">
    <w:abstractNumId w:val="1"/>
  </w:num>
  <w:num w:numId="9" w16cid:durableId="9948415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41651"/>
    <w:rsid w:val="0006063C"/>
    <w:rsid w:val="00143D56"/>
    <w:rsid w:val="0015074B"/>
    <w:rsid w:val="0029639D"/>
    <w:rsid w:val="00326F90"/>
    <w:rsid w:val="003B1756"/>
    <w:rsid w:val="00AA1D8D"/>
    <w:rsid w:val="00B47730"/>
    <w:rsid w:val="00CB0664"/>
    <w:rsid w:val="00CB742C"/>
    <w:rsid w:val="00FC693F"/>
    <w:rsid w:val="6ACA954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v:textbox inset="5.85pt,.7pt,5.85pt,.7pt"/>
    </o:shapedefaults>
    <o:shapelayout v:ext="edit">
      <o:idmap v:ext="edit" data="1"/>
    </o:shapelayout>
  </w:shapeDefaults>
  <w:decimalSymbol w:val="."/>
  <w:listSeparator w:val=","/>
  <w14:docId w14:val="24062061"/>
  <w14:defaultImageDpi w14:val="300"/>
  <w15:docId w15:val="{09F299B4-6339-410D-80CC-A676B76C6A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C693F"/>
    <w:pPr>
      <w:spacing w:after="60" w:line="259" w:lineRule="auto"/>
    </w:pPr>
    <w:rPr>
      <w:rFonts w:ascii="游ゴシック" w:eastAsia="游ゴシック" w:hAnsi="游ゴシック"/>
      <w:sz w:val="18"/>
    </w:rPr>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ヘッダー (文字)"/>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フッター (文字)"/>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見出し 1 (文字)"/>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見出し 2 (文字)"/>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見出し 3 (文字)"/>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表題 (文字)"/>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副題 (文字)"/>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本文 (文字)"/>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本文 2 (文字)"/>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本文 3 (文字)"/>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マクロ文字列 (文字)"/>
    <w:basedOn w:val="a2"/>
    <w:link w:val="af3"/>
    <w:uiPriority w:val="99"/>
    <w:rsid w:val="0029639D"/>
    <w:rPr>
      <w:rFonts w:ascii="Courier" w:hAnsi="Courier"/>
      <w:sz w:val="20"/>
      <w:szCs w:val="20"/>
    </w:rPr>
  </w:style>
  <w:style w:type="paragraph" w:styleId="af5">
    <w:name w:val="Quote"/>
    <w:basedOn w:val="a1"/>
    <w:next w:val="a1"/>
    <w:link w:val="af6"/>
    <w:uiPriority w:val="29"/>
    <w:qFormat/>
    <w:rsid w:val="00FC693F"/>
    <w:rPr>
      <w:i/>
      <w:iCs/>
      <w:color w:val="000000" w:themeColor="text1"/>
    </w:rPr>
  </w:style>
  <w:style w:type="character" w:customStyle="1" w:styleId="af6">
    <w:name w:val="引用文 (文字)"/>
    <w:basedOn w:val="a2"/>
    <w:link w:val="af5"/>
    <w:uiPriority w:val="29"/>
    <w:rsid w:val="00FC693F"/>
    <w:rPr>
      <w:i/>
      <w:iCs/>
      <w:color w:val="000000" w:themeColor="text1"/>
    </w:rPr>
  </w:style>
  <w:style w:type="character" w:customStyle="1" w:styleId="40">
    <w:name w:val="見出し 4 (文字)"/>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見出し 5 (文字)"/>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見出し 6 (文字)"/>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見出し 7 (文字)"/>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見出し 8 (文字)"/>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見出し 9 (文字)"/>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7">
    <w:name w:val="caption"/>
    <w:basedOn w:val="a1"/>
    <w:next w:val="a1"/>
    <w:uiPriority w:val="35"/>
    <w:semiHidden/>
    <w:unhideWhenUsed/>
    <w:qFormat/>
    <w:rsid w:val="00FC693F"/>
    <w:pPr>
      <w:spacing w:line="240" w:lineRule="auto"/>
    </w:pPr>
    <w:rPr>
      <w:b/>
      <w:bCs/>
      <w:color w:val="4F81BD" w:themeColor="accent1"/>
      <w:szCs w:val="18"/>
    </w:rPr>
  </w:style>
  <w:style w:type="character" w:styleId="af8">
    <w:name w:val="Strong"/>
    <w:basedOn w:val="a2"/>
    <w:uiPriority w:val="22"/>
    <w:qFormat/>
    <w:rsid w:val="00FC693F"/>
    <w:rPr>
      <w:b/>
      <w:bCs/>
    </w:rPr>
  </w:style>
  <w:style w:type="character" w:styleId="af9">
    <w:name w:val="Emphasis"/>
    <w:basedOn w:val="a2"/>
    <w:uiPriority w:val="20"/>
    <w:qFormat/>
    <w:rsid w:val="00FC693F"/>
    <w:rPr>
      <w:i/>
      <w:iCs/>
    </w:rPr>
  </w:style>
  <w:style w:type="paragraph" w:styleId="27">
    <w:name w:val="Intense Quote"/>
    <w:basedOn w:val="a1"/>
    <w:next w:val="a1"/>
    <w:link w:val="28"/>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28">
    <w:name w:val="引用文 2 (文字)"/>
    <w:basedOn w:val="a2"/>
    <w:link w:val="27"/>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29">
    <w:name w:val="Intense Emphasis"/>
    <w:basedOn w:val="a2"/>
    <w:uiPriority w:val="21"/>
    <w:qFormat/>
    <w:rsid w:val="00FC693F"/>
    <w:rPr>
      <w:b/>
      <w:bCs/>
      <w:i/>
      <w:iCs/>
      <w:color w:val="4F81BD" w:themeColor="accent1"/>
    </w:rPr>
  </w:style>
  <w:style w:type="character" w:styleId="afb">
    <w:name w:val="Subtle Reference"/>
    <w:basedOn w:val="a2"/>
    <w:uiPriority w:val="31"/>
    <w:qFormat/>
    <w:rsid w:val="00FC693F"/>
    <w:rPr>
      <w:smallCaps/>
      <w:color w:val="C0504D" w:themeColor="accent2"/>
      <w:u w:val="single"/>
    </w:rPr>
  </w:style>
  <w:style w:type="character" w:styleId="2a">
    <w:name w:val="Intense Reference"/>
    <w:basedOn w:val="a2"/>
    <w:uiPriority w:val="32"/>
    <w:qFormat/>
    <w:rsid w:val="00FC693F"/>
    <w:rPr>
      <w:b/>
      <w:bCs/>
      <w:smallCaps/>
      <w:color w:val="C0504D" w:themeColor="accent2"/>
      <w:spacing w:val="5"/>
      <w:u w:val="single"/>
    </w:rPr>
  </w:style>
  <w:style w:type="character" w:styleId="afc">
    <w:name w:val="Book Title"/>
    <w:basedOn w:val="a2"/>
    <w:uiPriority w:val="33"/>
    <w:qFormat/>
    <w:rsid w:val="00FC693F"/>
    <w:rPr>
      <w:b/>
      <w:bCs/>
      <w:smallCaps/>
      <w:spacing w:val="5"/>
    </w:rPr>
  </w:style>
  <w:style w:type="paragraph" w:styleId="afd">
    <w:name w:val="TOC Heading"/>
    <w:basedOn w:val="1"/>
    <w:next w:val="a1"/>
    <w:uiPriority w:val="39"/>
    <w:semiHidden/>
    <w:unhideWhenUsed/>
    <w:qFormat/>
    <w:rsid w:val="00FC693F"/>
    <w:pPr>
      <w:outlineLvl w:val="9"/>
    </w:pPr>
  </w:style>
  <w:style w:type="table" w:styleId="afe">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1">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2">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13">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14">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15">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16">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17">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2b">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2c">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d">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2e">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2f">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2f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2f1">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37">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38">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39">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a">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3b">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3c">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3d">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4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42">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43">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44">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45">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46">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47">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51">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2">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3">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4">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5">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6">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7">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61">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62">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63">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64">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65">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66">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67">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71">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2">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73">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74">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75">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76">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77">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82">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83">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4">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85">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86">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87">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1">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92">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93">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94">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95">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96">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97">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100">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10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10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10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10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10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10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110">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11">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11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113">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14">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15">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6">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120">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21">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122">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12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24">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125">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126">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130">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31">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32">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133">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3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35">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136">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140">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41">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42">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43">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4">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4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46">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20/10/relationships/intelligence" Target="intelligence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BFA5E462A04E2845ABF29969B0D0D882" ma:contentTypeVersion="16" ma:contentTypeDescription="新しいドキュメントを作成します。" ma:contentTypeScope="" ma:versionID="fb9a7eb2fcc22f53dbb62ecb36978039">
  <xsd:schema xmlns:xsd="http://www.w3.org/2001/XMLSchema" xmlns:xs="http://www.w3.org/2001/XMLSchema" xmlns:p="http://schemas.microsoft.com/office/2006/metadata/properties" xmlns:ns2="ce47ce09-0bca-4891-b001-d7d107147174" xmlns:ns3="59da77f3-c34c-4816-b85f-734e245811a2" targetNamespace="http://schemas.microsoft.com/office/2006/metadata/properties" ma:root="true" ma:fieldsID="d73ffdf2e4e972ccf37cfc4fc2ae267a" ns2:_="" ns3:_="">
    <xsd:import namespace="ce47ce09-0bca-4891-b001-d7d107147174"/>
    <xsd:import namespace="59da77f3-c34c-4816-b85f-734e245811a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2:MediaLengthInSeconds" minOccurs="0"/>
                <xsd:element ref="ns3:SharedWithUsers" minOccurs="0"/>
                <xsd:element ref="ns3:SharedWithDetail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47ce09-0bca-4891-b001-d7d1071471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画像タグ" ma:readOnly="false" ma:fieldId="{5cf76f15-5ced-4ddc-b409-7134ff3c332f}" ma:taxonomyMulti="true" ma:sspId="1d0aa2ea-746f-4274-9cf4-3efcfb633e4b"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9da77f3-c34c-4816-b85f-734e245811a2"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ace43621-e583-41af-99e7-bd57ae80b4f2}" ma:internalName="TaxCatchAll" ma:showField="CatchAllData" ma:web="59da77f3-c34c-4816-b85f-734e245811a2">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e47ce09-0bca-4891-b001-d7d107147174">
      <Terms xmlns="http://schemas.microsoft.com/office/infopath/2007/PartnerControls"/>
    </lcf76f155ced4ddcb4097134ff3c332f>
    <TaxCatchAll xmlns="59da77f3-c34c-4816-b85f-734e245811a2"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39F40BE-5AC5-4A1C-8ADB-AC52546730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e47ce09-0bca-4891-b001-d7d107147174"/>
    <ds:schemaRef ds:uri="59da77f3-c34c-4816-b85f-734e245811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CA50A78-F055-4912-9D95-D1962E64404D}">
  <ds:schemaRefs>
    <ds:schemaRef ds:uri="http://schemas.microsoft.com/office/2006/metadata/properties"/>
    <ds:schemaRef ds:uri="http://schemas.microsoft.com/office/infopath/2007/PartnerControls"/>
    <ds:schemaRef ds:uri="ce47ce09-0bca-4891-b001-d7d107147174"/>
    <ds:schemaRef ds:uri="59da77f3-c34c-4816-b85f-734e245811a2"/>
  </ds:schemaRefs>
</ds:datastoreItem>
</file>

<file path=customXml/itemProps3.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4.xml><?xml version="1.0" encoding="utf-8"?>
<ds:datastoreItem xmlns:ds="http://schemas.openxmlformats.org/officeDocument/2006/customXml" ds:itemID="{34C13179-EA1D-44DE-BCB9-7A14119CE36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6</Pages>
  <Words>1380</Words>
  <Characters>1436</Characters>
  <Application>Microsoft Office Word</Application>
  <DocSecurity>0</DocSecurity>
  <Lines>143</Lines>
  <Paragraphs>148</Paragraphs>
  <ScaleCrop>false</ScaleCrop>
  <Manager/>
  <Company/>
  <LinksUpToDate>false</LinksUpToDate>
  <CharactersWithSpaces>2668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岡本峻</dc:creator>
  <cp:keywords/>
  <dc:description>generated by python-docx</dc:description>
  <cp:lastModifiedBy>岡本峻</cp:lastModifiedBy>
  <cp:revision>3</cp:revision>
  <dcterms:created xsi:type="dcterms:W3CDTF">2026-07-10T01:26:00Z</dcterms:created>
  <dcterms:modified xsi:type="dcterms:W3CDTF">2026-07-13T01:46:00Z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0x010100BFA5E462A04E2845ABF29969B0D0D882</vt:lpwstr>
  </property>
  <property fmtid="{D5CDD505-2E9C-101B-9397-08002B2CF9AE}" pid="3" name="MediaServiceImageTags">
    <vt:lpwstr/>
  </property>
</Properties>
</file>